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E29F38" w14:textId="77777777" w:rsidR="00F301F4" w:rsidRDefault="00000000">
      <w:pPr>
        <w:pStyle w:val="Title"/>
        <w:jc w:val="center"/>
      </w:pPr>
      <w:r>
        <w:t xml:space="preserve">GENERAL TERMS AND CONDITIONS OF ENROLMENT AND OPERATION OF SIMPLY ENGLISH</w:t>
      </w:r>
    </w:p>
    <w:p>
      <w:r>
        <w:rPr>
          <w:i/>
        </w:rPr>
        <w:t xml:space="preserve">This English translation is provided for information only. In the event of any discrepancy between this version and the Spanish version of these General Terms, the Spanish version shall prevail.</w:t>
      </w:r>
    </w:p>
    <w:p w14:paraId="3B0308E7" w14:textId="77777777" w:rsidR="00F301F4" w:rsidRDefault="00000000">
      <w:pPr>
        <w:pStyle w:val="Heading1"/>
      </w:pPr>
      <w:r>
        <w:t xml:space="preserve">CHAPTER I. GENERAL PROVISIONS</w:t>
      </w:r>
    </w:p>
    <w:p w14:paraId="7E794C6C" w14:textId="77777777" w:rsidR="00F301F4" w:rsidRDefault="00000000">
      <w:pPr>
        <w:pStyle w:val="Heading2"/>
      </w:pPr>
      <w:r>
        <w:t xml:space="preserve">Article 1. Purpose and scope</w:t>
      </w:r>
    </w:p>
    <w:p w14:paraId="0E75C885" w14:textId="77777777" w:rsidR="00F301F4" w:rsidRDefault="00000000">
      <w:pPr>
        <w:pStyle w:val="Heading3"/>
      </w:pPr>
      <w:r>
        <w:t xml:space="preserve">1.1. Purpose</w:t>
      </w:r>
    </w:p>
    <w:p w14:paraId="579A3E67" w14:textId="77777777" w:rsidR="00F301F4" w:rsidRDefault="00000000">
      <w:r>
        <w:t xml:space="preserve">These General Terms and Conditions of Enrolment and Operation (hereinafter, the General Terms) govern the contractual relationship between Simply English (hereinafter, the Academy) and the Student or, where the Student is a minor, their father, mother or legal representative.</w:t>
      </w:r>
    </w:p>
    <w:p w14:paraId="5358D613" w14:textId="77777777" w:rsidR="00F301F4" w:rsidRDefault="00000000">
      <w:r>
        <w:t xml:space="preserve">These General Terms set out the rights and obligations of both parties arising from Enrolment, as well as the academic, administrative, financial and organisational rules that will govern the services provided by the Academy for as long as the Student remains at the Academy.</w:t>
      </w:r>
    </w:p>
    <w:p w14:paraId="12197CE2" w14:textId="77777777" w:rsidR="00F301F4" w:rsidRDefault="00000000">
      <w:pPr>
        <w:pStyle w:val="Heading3"/>
      </w:pPr>
      <w:r>
        <w:t xml:space="preserve">1.2. Scope</w:t>
      </w:r>
    </w:p>
    <w:p w14:paraId="76D8A5BE" w14:textId="77777777" w:rsidR="00F301F4" w:rsidRDefault="00000000">
      <w:r>
        <w:t xml:space="preserve">These General Terms apply to all Students enrolled at Simply English, whatever the course, programme, teaching format or service contracted, unless the parties have expressly signed a specific agreement.</w:t>
      </w:r>
    </w:p>
    <w:p w14:paraId="705B5A57" w14:textId="77777777" w:rsidR="00F301F4" w:rsidRDefault="00000000">
      <w:r>
        <w:t xml:space="preserve">These General Terms are binding from the moment Enrolment is completed and remain in force for as long as a contractual relationship exists between the Academy and the Student.</w:t>
      </w:r>
    </w:p>
    <w:p w14:paraId="7BA5A03B" w14:textId="77777777" w:rsidR="00F301F4" w:rsidRDefault="00000000">
      <w:pPr>
        <w:pStyle w:val="Heading2"/>
      </w:pPr>
      <w:r>
        <w:t xml:space="preserve">Article 2. Definitions</w:t>
      </w:r>
    </w:p>
    <w:p w14:paraId="1C00F58A" w14:textId="77777777" w:rsidR="00F301F4" w:rsidRDefault="00000000">
      <w:r>
        <w:t xml:space="preserve">For the purposes of these General Terms, the following terms have the meanings set out below:</w:t>
      </w:r>
    </w:p>
    <w:p w14:paraId="6BD87D95" w14:textId="77777777" w:rsidR="00F301F4" w:rsidRDefault="00000000">
      <w:pPr>
        <w:pStyle w:val="Definition"/>
      </w:pPr>
      <w:r>
        <w:rPr>
          <w:b/>
        </w:rPr>
        <w:t xml:space="preserve">Academy: </w:t>
      </w:r>
      <w:r>
        <w:t xml:space="preserve">Simply English, a private language school.</w:t>
      </w:r>
    </w:p>
    <w:p w14:paraId="6B569DC9" w14:textId="77777777" w:rsidR="00F301F4" w:rsidRDefault="00000000">
      <w:pPr>
        <w:pStyle w:val="Definition"/>
      </w:pPr>
      <w:r>
        <w:rPr>
          <w:b/>
        </w:rPr>
        <w:t xml:space="preserve">Student: </w:t>
      </w:r>
      <w:r>
        <w:t xml:space="preserve">A person enrolled in any of the courses, programmes or activities organised by the Academy.</w:t>
      </w:r>
    </w:p>
    <w:p w14:paraId="74F00E25" w14:textId="77777777" w:rsidR="00F301F4" w:rsidRDefault="00000000">
      <w:pPr>
        <w:pStyle w:val="Definition"/>
      </w:pPr>
      <w:r>
        <w:rPr>
          <w:b/>
        </w:rPr>
        <w:t xml:space="preserve">Family: </w:t>
      </w:r>
      <w:r>
        <w:t xml:space="preserve">The Student's father, mother, guardian or legal representative and, where applicable, any person expressly authorised by them to carry out administrative procedures with the Academy.</w:t>
      </w:r>
    </w:p>
    <w:p w14:paraId="385B9176" w14:textId="77777777" w:rsidR="00F301F4" w:rsidRDefault="00000000">
      <w:pPr>
        <w:pStyle w:val="Definition"/>
      </w:pPr>
      <w:r>
        <w:rPr>
          <w:b/>
        </w:rPr>
        <w:t xml:space="preserve">Legal representative: </w:t>
      </w:r>
      <w:r>
        <w:t xml:space="preserve">A person with legal capacity to complete the Student's Enrolment and to assume the rights and obligations arising from it.</w:t>
      </w:r>
    </w:p>
    <w:p w14:paraId="2BE824A0" w14:textId="77777777" w:rsidR="00F301F4" w:rsidRDefault="00000000">
      <w:pPr>
        <w:pStyle w:val="Definition"/>
      </w:pPr>
      <w:r>
        <w:rPr>
          <w:b/>
        </w:rPr>
        <w:t xml:space="preserve">Enrolment: </w:t>
      </w:r>
      <w:r>
        <w:t xml:space="preserve">The procedure by which the Student formally joins the Academy, including acceptance of these General Terms and fulfilment of the administrative and financial requirements established.</w:t>
      </w:r>
    </w:p>
    <w:p w14:paraId="03D1CFEB" w14:textId="77777777" w:rsidR="00F301F4" w:rsidRDefault="00000000">
      <w:pPr>
        <w:pStyle w:val="Definition"/>
      </w:pPr>
      <w:r>
        <w:rPr>
          <w:b/>
        </w:rPr>
        <w:t xml:space="preserve">Academic year: </w:t>
      </w:r>
      <w:r>
        <w:t xml:space="preserve">The teaching period set each year by the Academy in accordance with the academic calendar approved for each year.</w:t>
      </w:r>
    </w:p>
    <w:p w14:paraId="232209EB" w14:textId="77777777" w:rsidR="00F301F4" w:rsidRDefault="00000000">
      <w:pPr>
        <w:pStyle w:val="Definition"/>
      </w:pPr>
      <w:r>
        <w:rPr>
          <w:b/>
        </w:rPr>
        <w:t xml:space="preserve">Place: </w:t>
      </w:r>
      <w:r>
        <w:t xml:space="preserve">The Student's right to belong to the group assigned by the Academy during the corresponding academic year, subject to compliance with these General Terms.</w:t>
      </w:r>
    </w:p>
    <w:p w14:paraId="6BE341E7" w14:textId="77777777" w:rsidR="00F301F4" w:rsidRDefault="00000000">
      <w:pPr>
        <w:pStyle w:val="Heading2"/>
      </w:pPr>
      <w:r>
        <w:t xml:space="preserve">Article 3. Acceptance of the General Terms</w:t>
      </w:r>
    </w:p>
    <w:p w14:paraId="08642A57" w14:textId="77777777" w:rsidR="00F301F4" w:rsidRDefault="00000000">
      <w:pPr>
        <w:pStyle w:val="Heading3"/>
      </w:pPr>
      <w:r>
        <w:t xml:space="preserve">3.1. Acceptance</w:t>
      </w:r>
    </w:p>
    <w:p w14:paraId="05B902FB" w14:textId="77777777" w:rsidR="00F301F4" w:rsidRDefault="00000000">
      <w:r>
        <w:t xml:space="preserve">Completing Enrolment implies full acceptance of these General Terms, as well as of any internal rules, protocols and procedures the Academy may establish to ensure the proper running of its teaching, administrative and organisational activity.</w:t>
      </w:r>
    </w:p>
    <w:p w14:paraId="25B41394" w14:textId="77777777" w:rsidR="00F301F4" w:rsidRDefault="00000000">
      <w:r>
        <w:t xml:space="preserve">The Family declares that it has had access to these General Terms before completing Enrolment and states that it knows, understands and fully accepts their content.</w:t>
      </w:r>
    </w:p>
    <w:p w14:paraId="085FD7AE" w14:textId="77777777" w:rsidR="00F301F4" w:rsidRDefault="00000000">
      <w:pPr>
        <w:pStyle w:val="Heading3"/>
      </w:pPr>
      <w:r>
        <w:t xml:space="preserve">3.2. Binding nature</w:t>
      </w:r>
    </w:p>
    <w:p w14:paraId="5FE1E98D" w14:textId="77777777" w:rsidR="00F301F4" w:rsidRDefault="00000000">
      <w:r>
        <w:t xml:space="preserve">These General Terms are contractual in nature and are binding on the Academy and the Family throughout the term of the Enrolment.</w:t>
      </w:r>
    </w:p>
    <w:p w14:paraId="78C9C107" w14:textId="77777777" w:rsidR="00F301F4" w:rsidRDefault="00000000">
      <w:r>
        <w:t xml:space="preserve">If any of their provisions is declared null, invalid or inapplicable as a result of a court ruling or a change in legislation, this will not affect the validity of the rest of these General Terms, which will remain fully in force and apply to everything not expressly affected.</w:t>
      </w:r>
    </w:p>
    <w:p w14:paraId="6EFF1E94" w14:textId="77777777" w:rsidR="00F301F4" w:rsidRDefault="00000000">
      <w:pPr>
        <w:pStyle w:val="Heading1"/>
      </w:pPr>
      <w:r>
        <w:t xml:space="preserve">CHAPTER II. ENROLMENT</w:t>
      </w:r>
    </w:p>
    <w:p w14:paraId="4C45097A" w14:textId="77777777" w:rsidR="00F301F4" w:rsidRDefault="00000000">
      <w:pPr>
        <w:pStyle w:val="Heading2"/>
      </w:pPr>
      <w:r>
        <w:t xml:space="preserve">Article 4. Completing Enrolment</w:t>
      </w:r>
    </w:p>
    <w:p w14:paraId="0F8974F3" w14:textId="77777777" w:rsidR="00F301F4" w:rsidRDefault="00000000">
      <w:pPr>
        <w:pStyle w:val="Heading3"/>
      </w:pPr>
      <w:r>
        <w:t xml:space="preserve">4.1. Requirements for Enrolment</w:t>
      </w:r>
    </w:p>
    <w:p w14:paraId="275849C6" w14:textId="77777777" w:rsidR="00F301F4" w:rsidRDefault="00000000">
      <w:r>
        <w:t xml:space="preserve">As a general rule, a Student's Enrolment will be complete when the following requirements are met:</w:t>
      </w:r>
    </w:p>
    <w:p w14:paraId="0112ECF4" w14:textId="77777777" w:rsidR="00F301F4" w:rsidRDefault="00000000">
      <w:pPr>
        <w:pStyle w:val="WebsiteList"/>
      </w:pPr>
      <w:r>
        <w:t xml:space="preserve">a) The administrative documents required by the Academy have been completed.</w:t>
      </w:r>
    </w:p>
    <w:p w14:paraId="4E18ECB6" w14:textId="77777777" w:rsidR="00F301F4" w:rsidRDefault="00000000">
      <w:pPr>
        <w:pStyle w:val="WebsiteList"/>
      </w:pPr>
      <w:r>
        <w:t xml:space="preserve">b) These General Terms have been accepted.</w:t>
      </w:r>
    </w:p>
    <w:p w14:paraId="2D3DD211" w14:textId="77777777" w:rsidR="00F301F4" w:rsidRDefault="00000000">
      <w:pPr>
        <w:pStyle w:val="WebsiteList"/>
      </w:pPr>
      <w:r>
        <w:t xml:space="preserve">c) The corresponding Enrolment fee has been paid.</w:t>
      </w:r>
    </w:p>
    <w:p w14:paraId="37B0B436" w14:textId="77777777" w:rsidR="00F301F4" w:rsidRDefault="00000000">
      <w:pPr>
        <w:pStyle w:val="WebsiteList"/>
      </w:pPr>
      <w:r>
        <w:t xml:space="preserve">d) The Academy has assigned a Place in a group.</w:t>
      </w:r>
    </w:p>
    <w:p w14:paraId="10FE53E3" w14:textId="77777777" w:rsidR="00F301F4" w:rsidRDefault="00000000">
      <w:r>
        <w:t xml:space="preserve">The Academy may request any other documents needed for the proper administrative or academic management of the Student.</w:t>
      </w:r>
    </w:p>
    <w:p w14:paraId="07E4DDE5" w14:textId="77777777" w:rsidR="00F301F4" w:rsidRDefault="00000000">
      <w:pPr>
        <w:pStyle w:val="Heading3"/>
      </w:pPr>
      <w:r>
        <w:t xml:space="preserve">4.2. Effects of Enrolment</w:t>
      </w:r>
    </w:p>
    <w:p w14:paraId="72215708" w14:textId="77777777" w:rsidR="00F301F4" w:rsidRDefault="00000000">
      <w:r>
        <w:t xml:space="preserve">Completing Enrolment entitles the Student to occupy the Place assigned in the corresponding group and to receive the academic services of the course contracted, provided that the conditions set out in these General Terms continue to be met.</w:t>
      </w:r>
    </w:p>
    <w:p w14:paraId="0414BAA2" w14:textId="77777777" w:rsidR="00F301F4" w:rsidRDefault="00000000">
      <w:r>
        <w:t xml:space="preserve">Enrolment is personal and non-transferable and may not be assigned to another Student.</w:t>
      </w:r>
    </w:p>
    <w:p w14:paraId="2A487B8C" w14:textId="77777777" w:rsidR="00F301F4" w:rsidRDefault="00000000">
      <w:pPr>
        <w:pStyle w:val="Heading3"/>
      </w:pPr>
      <w:r>
        <w:t xml:space="preserve">4.3. Conditions of Enrolment</w:t>
      </w:r>
    </w:p>
    <w:p w14:paraId="39B86128" w14:textId="77777777" w:rsidR="00F301F4" w:rsidRDefault="00000000">
      <w:r>
        <w:t xml:space="preserve">Enrolment is conditional on the accuracy of the information provided by the Family and on compliance with the administrative and financial requirements established by the Academy.</w:t>
      </w:r>
    </w:p>
    <w:p w14:paraId="71741751" w14:textId="77777777" w:rsidR="00F301F4" w:rsidRDefault="00000000">
      <w:r>
        <w:t xml:space="preserve">The omission or falsification of relevant information may lead to the review or cancellation of the Enrolment where this affects the proper provision of the service or compliance with these General Terms.</w:t>
      </w:r>
    </w:p>
    <w:p w14:paraId="0DAF6BD3" w14:textId="77777777" w:rsidR="00F301F4" w:rsidRDefault="00000000">
      <w:pPr>
        <w:pStyle w:val="Heading2"/>
      </w:pPr>
      <w:r>
        <w:t xml:space="preserve">Article 5. Trial class</w:t>
      </w:r>
    </w:p>
    <w:p w14:paraId="1DC838A0" w14:textId="77777777" w:rsidR="00F301F4" w:rsidRDefault="00000000">
      <w:pPr>
        <w:pStyle w:val="Heading3"/>
      </w:pPr>
      <w:r>
        <w:t xml:space="preserve">5.1. Purpose</w:t>
      </w:r>
    </w:p>
    <w:p w14:paraId="253103BB" w14:textId="77777777" w:rsidR="00F301F4" w:rsidRDefault="00000000">
      <w:r>
        <w:t xml:space="preserve">New Students may take a free trial class so that the Academy can assess their level, check whether the proposed group is suitable and determine whether the Academy's methodology and way of working meet their needs.</w:t>
      </w:r>
    </w:p>
    <w:p w14:paraId="6468D9D9" w14:textId="77777777" w:rsidR="00F301F4" w:rsidRDefault="00000000">
      <w:pPr>
        <w:pStyle w:val="Heading3"/>
      </w:pPr>
      <w:r>
        <w:t xml:space="preserve">5.2. Group assignment</w:t>
      </w:r>
    </w:p>
    <w:p w14:paraId="257A4D86" w14:textId="77777777" w:rsidR="00F301F4" w:rsidRDefault="00000000">
      <w:r>
        <w:t xml:space="preserve">Taking a trial class does not automatically complete Enrolment, nor does it guarantee a place in the group originally requested.</w:t>
      </w:r>
    </w:p>
    <w:p w14:paraId="5FFCD28A" w14:textId="77777777" w:rsidR="00F301F4" w:rsidRDefault="00000000">
      <w:r>
        <w:t xml:space="preserve">The Academy will assign the Student to the group it considers most suitable according to academic, teaching and organisational criteria.</w:t>
      </w:r>
    </w:p>
    <w:p w14:paraId="0125CF34" w14:textId="77777777" w:rsidR="00F301F4" w:rsidRDefault="00000000">
      <w:pPr>
        <w:pStyle w:val="Heading3"/>
      </w:pPr>
      <w:r>
        <w:t xml:space="preserve">5.3. Subsequent Enrolment</w:t>
      </w:r>
    </w:p>
    <w:p w14:paraId="228AB3EB" w14:textId="77777777" w:rsidR="00F301F4" w:rsidRDefault="00000000">
      <w:r>
        <w:t xml:space="preserve">Once the Academy has confirmed the group, the Family must complete Enrolment within the period communicated. Otherwise, the Academy may freely reassign the Place.</w:t>
      </w:r>
    </w:p>
    <w:p w14:paraId="3E24F06D" w14:textId="77777777" w:rsidR="00F301F4" w:rsidRDefault="00000000">
      <w:pPr>
        <w:pStyle w:val="Heading2"/>
      </w:pPr>
      <w:r>
        <w:t xml:space="preserve">Article 6. Place reservation</w:t>
      </w:r>
    </w:p>
    <w:p w14:paraId="2A285177" w14:textId="77777777" w:rsidR="00F301F4" w:rsidRDefault="00000000">
      <w:pPr>
        <w:pStyle w:val="Heading3"/>
      </w:pPr>
      <w:r>
        <w:t xml:space="preserve">6.1. Confirmation of the reservation</w:t>
      </w:r>
    </w:p>
    <w:p w14:paraId="67CA0584" w14:textId="77777777" w:rsidR="00F301F4" w:rsidRDefault="00000000">
      <w:r>
        <w:t xml:space="preserve">A Place will only be considered reserved once the corresponding Enrolment fee has been paid within the deadlines set by the Academy.</w:t>
      </w:r>
    </w:p>
    <w:p w14:paraId="4C427723" w14:textId="77777777" w:rsidR="00F301F4" w:rsidRDefault="00000000">
      <w:r>
        <w:t xml:space="preserve">Until then, the Academy does not guarantee that the requested Place will be available.</w:t>
      </w:r>
    </w:p>
    <w:p w14:paraId="2CE15FEB" w14:textId="77777777" w:rsidR="00F301F4" w:rsidRDefault="00000000">
      <w:pPr>
        <w:pStyle w:val="Heading3"/>
      </w:pPr>
      <w:r>
        <w:t xml:space="preserve">6.2. Priority when choosing groups</w:t>
      </w:r>
    </w:p>
    <w:p w14:paraId="5D298AEB" w14:textId="77777777" w:rsidR="00F301F4" w:rsidRDefault="00000000">
      <w:r>
        <w:t xml:space="preserve">As a general rule, groups for each academic year will be chosen according to the renewal calendar set by the Academy.</w:t>
      </w:r>
    </w:p>
    <w:p w14:paraId="1DC33D54" w14:textId="77777777" w:rsidR="00F301F4" w:rsidRDefault="00000000">
      <w:r>
        <w:t xml:space="preserve">The order of priority is as follows:</w:t>
      </w:r>
    </w:p>
    <w:p w14:paraId="66147ED4" w14:textId="77777777" w:rsidR="00F301F4" w:rsidRDefault="00000000">
      <w:pPr>
        <w:pStyle w:val="WebsiteList"/>
      </w:pPr>
      <w:r>
        <w:t xml:space="preserve">a) Families with more than one Student enrolled at the Academy.</w:t>
      </w:r>
    </w:p>
    <w:p w14:paraId="3B527783" w14:textId="77777777" w:rsidR="00F301F4" w:rsidRDefault="00000000">
      <w:pPr>
        <w:pStyle w:val="WebsiteList"/>
      </w:pPr>
      <w:r>
        <w:t xml:space="preserve">b) Students who renew their Enrolment within the established period.</w:t>
      </w:r>
    </w:p>
    <w:p w14:paraId="65BFB707" w14:textId="77777777" w:rsidR="00F301F4" w:rsidRDefault="00000000">
      <w:pPr>
        <w:pStyle w:val="WebsiteList"/>
      </w:pPr>
      <w:r>
        <w:t xml:space="preserve">c) New Students.</w:t>
      </w:r>
    </w:p>
    <w:p w14:paraId="06DD6A9A" w14:textId="77777777" w:rsidR="00F301F4" w:rsidRDefault="00000000">
      <w:r>
        <w:t xml:space="preserve">Within each of these groups, Places will be allocated in the order in which Enrolment is completed.</w:t>
      </w:r>
    </w:p>
    <w:p w14:paraId="774F4E5D" w14:textId="77777777" w:rsidR="00F301F4" w:rsidRDefault="00000000">
      <w:pPr>
        <w:pStyle w:val="Heading3"/>
      </w:pPr>
      <w:r>
        <w:t xml:space="preserve">6.3. One reservation only</w:t>
      </w:r>
    </w:p>
    <w:p w14:paraId="387E3D5F" w14:textId="77777777" w:rsidR="00F301F4" w:rsidRDefault="00000000">
      <w:r>
        <w:t xml:space="preserve">Each Student may only hold one active Place reservation, for a single group.</w:t>
      </w:r>
    </w:p>
    <w:p w14:paraId="5E053B74" w14:textId="77777777" w:rsidR="00F301F4" w:rsidRDefault="00000000">
      <w:r>
        <w:t xml:space="preserve">The Academy will not hold simultaneous reservations for different timetables or groups for the same Student.</w:t>
      </w:r>
    </w:p>
    <w:p w14:paraId="09C6B819" w14:textId="77777777" w:rsidR="00F301F4" w:rsidRDefault="00000000">
      <w:pPr>
        <w:pStyle w:val="Heading2"/>
      </w:pPr>
      <w:r>
        <w:t xml:space="preserve">Article 7. Duration of Enrolment</w:t>
      </w:r>
    </w:p>
    <w:p w14:paraId="27913A3A" w14:textId="77777777" w:rsidR="00F301F4" w:rsidRDefault="00000000">
      <w:pPr>
        <w:pStyle w:val="Heading3"/>
      </w:pPr>
      <w:r>
        <w:t xml:space="preserve">7.1. Duration</w:t>
      </w:r>
    </w:p>
    <w:p w14:paraId="09737DD1" w14:textId="77777777" w:rsidR="00F301F4" w:rsidRDefault="00000000">
      <w:r>
        <w:t xml:space="preserve">Enrolment remains in force for as long as the Student remains registered at the Academy and the Family has not formally notified their withdrawal.</w:t>
      </w:r>
    </w:p>
    <w:p w14:paraId="2EAE7DFD" w14:textId="77777777" w:rsidR="00F301F4" w:rsidRDefault="00000000">
      <w:r>
        <w:t xml:space="preserve">It is not necessary to complete a new Enrolment each academic year while the contractual relationship between the parties remains in force.</w:t>
      </w:r>
    </w:p>
    <w:p w14:paraId="77241C30" w14:textId="77777777" w:rsidR="00F301F4" w:rsidRDefault="00000000">
      <w:pPr>
        <w:pStyle w:val="Heading3"/>
      </w:pPr>
      <w:r>
        <w:t xml:space="preserve">7.2. Notice of withdrawal</w:t>
      </w:r>
    </w:p>
    <w:p w14:paraId="3F5A5001" w14:textId="77777777" w:rsidR="00F301F4" w:rsidRDefault="00000000">
      <w:r>
        <w:t xml:space="preserve">Withdrawal must be notified directly to the Academy in writing by email or WhatsApp.</w:t>
      </w:r>
    </w:p>
    <w:p w14:paraId="06BC05DE" w14:textId="77777777" w:rsidR="00F301F4" w:rsidRDefault="00000000">
      <w:r>
        <w:t xml:space="preserve">Notices given verbally, through third parties or by any means other than those expressly provided for in these General Terms will have no effect.</w:t>
      </w:r>
    </w:p>
    <w:p w14:paraId="7639BE68" w14:textId="77777777" w:rsidR="00F301F4" w:rsidRDefault="00000000">
      <w:r>
        <w:t xml:space="preserve">Withdrawal will take effect in accordance with the article on withdrawals.</w:t>
      </w:r>
    </w:p>
    <w:p w14:paraId="204A94CB" w14:textId="77777777" w:rsidR="00F301F4" w:rsidRDefault="00000000">
      <w:pPr>
        <w:pStyle w:val="Heading2"/>
      </w:pPr>
      <w:r>
        <w:t xml:space="preserve">Article 8. Renewal of Enrolment</w:t>
      </w:r>
    </w:p>
    <w:p w14:paraId="683AF0B5" w14:textId="77777777" w:rsidR="00F301F4" w:rsidRDefault="00000000">
      <w:pPr>
        <w:pStyle w:val="Heading3"/>
      </w:pPr>
      <w:r>
        <w:t xml:space="preserve">8.1. Right to renew</w:t>
      </w:r>
    </w:p>
    <w:p w14:paraId="38313C1A" w14:textId="77777777" w:rsidR="00F301F4" w:rsidRDefault="00000000">
      <w:r>
        <w:t xml:space="preserve">Students who have completed the academic year may benefit from the renewal conditions established by the Academy for the following year.</w:t>
      </w:r>
    </w:p>
    <w:p w14:paraId="53DB7DF2" w14:textId="77777777" w:rsidR="00F301F4" w:rsidRDefault="00000000">
      <w:pPr>
        <w:pStyle w:val="Heading3"/>
      </w:pPr>
      <w:r>
        <w:t xml:space="preserve">8.2. Renewal fee</w:t>
      </w:r>
    </w:p>
    <w:p w14:paraId="267B9837" w14:textId="77777777" w:rsidR="00F301F4" w:rsidRDefault="00000000">
      <w:r>
        <w:t xml:space="preserve">The reduced renewal Enrolment may only be completed until the end of the first teaching week of September, unless the Academy announces a different deadline for a particular academic year.</w:t>
      </w:r>
    </w:p>
    <w:p w14:paraId="6E8B2DA6" w14:textId="77777777" w:rsidR="00F301F4" w:rsidRDefault="00000000">
      <w:r>
        <w:t xml:space="preserve">If renewal has not been completed by that deadline, any return will be treated as the Enrolment of a new Student, and the financial conditions in force for new Students will apply.</w:t>
      </w:r>
    </w:p>
    <w:p w14:paraId="6C6337EE" w14:textId="77777777" w:rsidR="00F301F4" w:rsidRDefault="00000000">
      <w:pPr>
        <w:pStyle w:val="Heading3"/>
      </w:pPr>
      <w:r>
        <w:t xml:space="preserve">8.3. Keeping the Place</w:t>
      </w:r>
    </w:p>
    <w:p w14:paraId="3565A4C4" w14:textId="77777777" w:rsidR="00F301F4" w:rsidRDefault="00000000">
      <w:r>
        <w:t xml:space="preserve">The Academy will keep the Student's Place only until the renewal dates announced for each academic year.</w:t>
      </w:r>
    </w:p>
    <w:p w14:paraId="176EBE0F" w14:textId="77777777" w:rsidR="00F301F4" w:rsidRDefault="00000000">
      <w:r>
        <w:t xml:space="preserve">Once that period has ended without renewal, the Place may be offered to other Students without further notice.</w:t>
      </w:r>
    </w:p>
    <w:p w14:paraId="0E7E0A89" w14:textId="77777777" w:rsidR="00F301F4" w:rsidRDefault="00000000">
      <w:pPr>
        <w:pStyle w:val="Heading2"/>
      </w:pPr>
      <w:r>
        <w:t xml:space="preserve">Article 9. Enrolment of new Students</w:t>
      </w:r>
    </w:p>
    <w:p w14:paraId="1466EF62" w14:textId="77777777" w:rsidR="00F301F4" w:rsidRDefault="00000000">
      <w:pPr>
        <w:pStyle w:val="Heading3"/>
      </w:pPr>
      <w:r>
        <w:t xml:space="preserve">9.1. Joining during the year</w:t>
      </w:r>
    </w:p>
    <w:p w14:paraId="4BFA2C43" w14:textId="77777777" w:rsidR="00F301F4" w:rsidRDefault="00000000">
      <w:r>
        <w:t xml:space="preserve">Students who join after the academic year has started must pay the Enrolment fee for new Students in force at that time.</w:t>
      </w:r>
    </w:p>
    <w:p w14:paraId="5780DFE1" w14:textId="77777777" w:rsidR="00F301F4" w:rsidRDefault="00000000">
      <w:r>
        <w:t xml:space="preserve">The fee for the month in which the Student joins will be calculated according to the actual start date of classes, and only the corresponding percentage of the monthly fee will be paid.</w:t>
      </w:r>
    </w:p>
    <w:p w14:paraId="061996E7" w14:textId="77777777" w:rsidR="00F301F4" w:rsidRDefault="00000000">
      <w:r>
        <w:t xml:space="preserve">From the following month onwards, the standard fees for the corresponding group will apply.</w:t>
      </w:r>
    </w:p>
    <w:p w14:paraId="1EBEDF6E" w14:textId="77777777" w:rsidR="00F301F4" w:rsidRDefault="00000000">
      <w:pPr>
        <w:pStyle w:val="Heading3"/>
      </w:pPr>
      <w:r>
        <w:t xml:space="preserve">9.2. Availability of Places</w:t>
      </w:r>
    </w:p>
    <w:p w14:paraId="1B8E4BB1" w14:textId="77777777" w:rsidR="00F301F4" w:rsidRDefault="00000000">
      <w:r>
        <w:t xml:space="preserve">New Students may join during the year only if Places are available and subject to the academic assessment carried out by the Academy.</w:t>
      </w:r>
    </w:p>
    <w:p w14:paraId="3CFA78C7" w14:textId="77777777" w:rsidR="00F301F4" w:rsidRDefault="00000000">
      <w:pPr>
        <w:pStyle w:val="Heading1"/>
      </w:pPr>
      <w:r>
        <w:t xml:space="preserve">CHAPTER III. FEES AND PAYMENTS</w:t>
      </w:r>
    </w:p>
    <w:p w14:paraId="6FF83BF6" w14:textId="77777777" w:rsidR="00F301F4" w:rsidRDefault="00000000">
      <w:pPr>
        <w:pStyle w:val="Heading2"/>
      </w:pPr>
      <w:r>
        <w:t xml:space="preserve">Article 10. Fees</w:t>
      </w:r>
    </w:p>
    <w:p w14:paraId="21214C1F" w14:textId="77777777" w:rsidR="00F301F4" w:rsidRDefault="00000000">
      <w:pPr>
        <w:pStyle w:val="Heading3"/>
      </w:pPr>
      <w:r>
        <w:t xml:space="preserve">10.1. Nature of the fees</w:t>
      </w:r>
    </w:p>
    <w:p w14:paraId="15720F91" w14:textId="77777777" w:rsidR="00F301F4" w:rsidRDefault="00000000">
      <w:r>
        <w:t xml:space="preserve">The provision of the academic service by the Academy is subject to payment of the fees corresponding to the course, group, format or service contracted by the Family.</w:t>
      </w:r>
    </w:p>
    <w:p w14:paraId="53CBDA08" w14:textId="77777777" w:rsidR="00F301F4" w:rsidRDefault="00000000">
      <w:r>
        <w:t xml:space="preserve">The fees are the financial consideration for the Place reserved for the Student, the academic planning of the course, the organisation of the group, the availability of teachers and the continuous provision of the educational service during the corresponding period.</w:t>
      </w:r>
    </w:p>
    <w:p w14:paraId="4E785320" w14:textId="77777777" w:rsidR="00F301F4" w:rsidRDefault="00000000">
      <w:pPr>
        <w:pStyle w:val="Heading3"/>
      </w:pPr>
      <w:r>
        <w:t xml:space="preserve">10.2. Annualised fees</w:t>
      </w:r>
    </w:p>
    <w:p w14:paraId="7919D3E1" w14:textId="77777777" w:rsidR="00F301F4" w:rsidRDefault="00000000">
      <w:r>
        <w:t xml:space="preserve">As a general rule, the fees for the academic year are calculated on an annualised basis, taking into account the service provided over the whole year and not the exact number of classes held in each calendar month.</w:t>
      </w:r>
    </w:p>
    <w:p w14:paraId="6EE25619" w14:textId="77777777" w:rsidR="00F301F4" w:rsidRDefault="00000000">
      <w:r>
        <w:t xml:space="preserve">Consequently, the monthly fee is not the price of the classes in a specific month, but a proportional part of the total cost of the academic year, spread over monthly payments to make it easier for the Family to pay.</w:t>
      </w:r>
    </w:p>
    <w:p w14:paraId="7C0DE48E" w14:textId="77777777" w:rsidR="00F301F4" w:rsidRDefault="00000000">
      <w:r>
        <w:t xml:space="preserve">Months with more or fewer teaching days, public holidays, long weekends, school holidays or incomplete weeks do not give the right to any reduction, compensation or refund of the monthly fee, except in the cases expressly provided for in these General Terms.</w:t>
      </w:r>
    </w:p>
    <w:p w14:paraId="3C0615F2" w14:textId="77777777" w:rsidR="00F301F4" w:rsidRDefault="00000000">
      <w:pPr>
        <w:pStyle w:val="Heading3"/>
      </w:pPr>
      <w:r>
        <w:t xml:space="preserve">10.3. September and June</w:t>
      </w:r>
    </w:p>
    <w:p w14:paraId="5084B037" w14:textId="77777777" w:rsidR="00F301F4" w:rsidRDefault="00000000">
      <w:r>
        <w:t xml:space="preserve">In line with the usual organisation of the academic calendar, September and June will have a reduced fee equal to fifty per cent of the standard monthly fee, unless the Academy announces specific conditions for a particular course, programme or format.</w:t>
      </w:r>
    </w:p>
    <w:p w14:paraId="0D691CE1" w14:textId="77777777" w:rsidR="00F301F4" w:rsidRDefault="00000000">
      <w:r>
        <w:t xml:space="preserve">The reduction for September and June already takes into account that these months are only partially covered by the teaching calendar, so no additional discounts will apply for the specific number of classes held in them.</w:t>
      </w:r>
    </w:p>
    <w:p w14:paraId="148590A0" w14:textId="77777777" w:rsidR="00F301F4" w:rsidRDefault="00000000">
      <w:pPr>
        <w:pStyle w:val="Heading3"/>
      </w:pPr>
      <w:r>
        <w:t xml:space="preserve">10.4. Joining during the year</w:t>
      </w:r>
    </w:p>
    <w:p w14:paraId="6309F608" w14:textId="77777777" w:rsidR="00F301F4" w:rsidRDefault="00000000">
      <w:r>
        <w:t xml:space="preserve">If a Student joins after the academic year has started, the fee for the first month will be calculated according to the actual start date and the corresponding percentage of the monthly fee.</w:t>
      </w:r>
    </w:p>
    <w:p w14:paraId="10307BAF" w14:textId="77777777" w:rsidR="00F301F4" w:rsidRDefault="00000000">
      <w:r>
        <w:t xml:space="preserve">From the month following the start date, the standard fees for the corresponding group, course or format will apply.</w:t>
      </w:r>
    </w:p>
    <w:p w14:paraId="2F0595D5" w14:textId="77777777" w:rsidR="00F301F4" w:rsidRDefault="00000000">
      <w:pPr>
        <w:pStyle w:val="Heading2"/>
      </w:pPr>
      <w:r>
        <w:t xml:space="preserve">Article 11. Payment method and deadline</w:t>
      </w:r>
    </w:p>
    <w:p w14:paraId="0451DB22" w14:textId="77777777" w:rsidR="00F301F4" w:rsidRDefault="00000000">
      <w:pPr>
        <w:pStyle w:val="Heading3"/>
      </w:pPr>
      <w:r>
        <w:t xml:space="preserve">11.1. Standard payment deadline</w:t>
      </w:r>
    </w:p>
    <w:p w14:paraId="53505728" w14:textId="77777777" w:rsidR="00F301F4" w:rsidRDefault="00000000">
      <w:r>
        <w:t xml:space="preserve">Fees must be paid within the first ten calendar days of each month, that is, between the 1st and the 10th of each month, both inclusive.</w:t>
      </w:r>
    </w:p>
    <w:p w14:paraId="4C2C6F06" w14:textId="77777777" w:rsidR="00F301F4" w:rsidRDefault="00000000">
      <w:r>
        <w:t xml:space="preserve">The Family is responsible for paying within the established deadline, without the need for any prior reminder from the Academy.</w:t>
      </w:r>
    </w:p>
    <w:p w14:paraId="5FAC1CAF" w14:textId="77777777" w:rsidR="00F301F4" w:rsidRDefault="00000000">
      <w:pPr>
        <w:pStyle w:val="Heading3"/>
      </w:pPr>
      <w:r>
        <w:t xml:space="preserve">11.2. Accepted payment methods</w:t>
      </w:r>
    </w:p>
    <w:p w14:paraId="68D547CE" w14:textId="77777777" w:rsidR="00F301F4" w:rsidRDefault="00000000">
      <w:r>
        <w:t xml:space="preserve">The Academy may accept payment of fees by direct debit, bank transfer, Bizum or any other method expressly communicated by the Academy.</w:t>
      </w:r>
    </w:p>
    <w:p w14:paraId="593088B2" w14:textId="77777777" w:rsidR="00F301F4" w:rsidRDefault="00000000">
      <w:r>
        <w:t xml:space="preserve">The availability of a particular payment method may depend on the Academy's administrative, organisational or technical criteria.</w:t>
      </w:r>
    </w:p>
    <w:p w14:paraId="35F8ECDB" w14:textId="77777777" w:rsidR="00F301F4" w:rsidRDefault="00000000">
      <w:pPr>
        <w:pStyle w:val="Heading3"/>
      </w:pPr>
      <w:r>
        <w:t xml:space="preserve">11.3. Payments by Bizum or bank transfer</w:t>
      </w:r>
    </w:p>
    <w:p w14:paraId="29A35F62" w14:textId="77777777" w:rsidR="00F301F4" w:rsidRDefault="00000000">
      <w:r>
        <w:t xml:space="preserve">When paying by Bizum or bank transfer, the Family must include the Student's full name in the payment reference.</w:t>
      </w:r>
    </w:p>
    <w:p w14:paraId="7B8EF390" w14:textId="77777777" w:rsidR="00F301F4" w:rsidRDefault="00000000">
      <w:r>
        <w:t xml:space="preserve">Correct identification of the Student is the sole responsibility of the Family. If a payment is not sufficiently identified, it may be recorded late, and the fee will be considered outstanding until the Academy can verify which Student it belongs to.</w:t>
      </w:r>
    </w:p>
    <w:p w14:paraId="3622C7A9" w14:textId="77777777" w:rsidR="00F301F4" w:rsidRDefault="00000000">
      <w:pPr>
        <w:pStyle w:val="Heading3"/>
      </w:pPr>
      <w:r>
        <w:t xml:space="preserve">11.4. Unidentified or incorrectly identified payments</w:t>
      </w:r>
    </w:p>
    <w:p w14:paraId="6F526B0B" w14:textId="77777777" w:rsidR="00F301F4" w:rsidRDefault="00000000">
      <w:r>
        <w:t xml:space="preserve">When a payment cannot be identified because it does not include the Student's full name, contains incomplete information or was made from an account or number not previously associated with the Family, the Academy may request proof of payment.</w:t>
      </w:r>
    </w:p>
    <w:p w14:paraId="47E17E3B" w14:textId="77777777" w:rsidR="00F301F4" w:rsidRDefault="00000000">
      <w:r>
        <w:t xml:space="preserve">Until the Family provides the information needed to identify it correctly, the payment will not be considered correctly applied to the corresponding fee.</w:t>
      </w:r>
    </w:p>
    <w:p w14:paraId="30B47361" w14:textId="77777777" w:rsidR="00F301F4" w:rsidRDefault="00000000">
      <w:pPr>
        <w:pStyle w:val="Heading3"/>
      </w:pPr>
      <w:r>
        <w:t xml:space="preserve">11.5. Changing the payment method</w:t>
      </w:r>
    </w:p>
    <w:p w14:paraId="15BB10D4" w14:textId="77777777" w:rsidR="00F301F4" w:rsidRDefault="00000000">
      <w:r>
        <w:t xml:space="preserve">Any change to the usual payment method must be communicated to the Academy sufficiently in advance to allow it to be managed properly.</w:t>
      </w:r>
    </w:p>
    <w:p w14:paraId="44815E85" w14:textId="77777777" w:rsidR="00F301F4" w:rsidRDefault="00000000">
      <w:r>
        <w:t xml:space="preserve">The Academy is not responsible for any issues, delays or charges resulting from late, incomplete or incorrect communications by the Family.</w:t>
      </w:r>
    </w:p>
    <w:p w14:paraId="3213F56D" w14:textId="77777777" w:rsidR="00F301F4" w:rsidRDefault="00000000">
      <w:pPr>
        <w:pStyle w:val="Heading2"/>
      </w:pPr>
      <w:r>
        <w:t xml:space="preserve">Article 12. Returned direct debits and return charges</w:t>
      </w:r>
    </w:p>
    <w:p w14:paraId="42BB19A9" w14:textId="77777777" w:rsidR="00F301F4" w:rsidRDefault="00000000">
      <w:pPr>
        <w:pStyle w:val="Heading3"/>
      </w:pPr>
      <w:r>
        <w:t xml:space="preserve">12.1. Returned direct debits</w:t>
      </w:r>
    </w:p>
    <w:p w14:paraId="1ED431AD" w14:textId="77777777" w:rsidR="00F301F4" w:rsidRDefault="00000000">
      <w:r>
        <w:t xml:space="preserve">If a direct debit is returned for reasons not attributable to the Academy, the Family must pay the outstanding amount of the corresponding fee, as well as the administrative costs arising from the return.</w:t>
      </w:r>
    </w:p>
    <w:p w14:paraId="4D82860D" w14:textId="77777777" w:rsidR="00F301F4" w:rsidRDefault="00000000">
      <w:r>
        <w:t xml:space="preserve">The return of a direct debit neither cancels nor suspends the obligation to pay the fee, which remains payable under the terms set out in these General Terms.</w:t>
      </w:r>
    </w:p>
    <w:p w14:paraId="235D7026" w14:textId="77777777" w:rsidR="00F301F4" w:rsidRDefault="00000000">
      <w:pPr>
        <w:pStyle w:val="Heading3"/>
      </w:pPr>
      <w:r>
        <w:t xml:space="preserve">12.2. Return charges</w:t>
      </w:r>
    </w:p>
    <w:p w14:paraId="52A429F6" w14:textId="77777777" w:rsidR="00F301F4" w:rsidRDefault="00000000">
      <w:r>
        <w:t xml:space="preserve">Each returned direct debit will incur an additional charge of five euros, which will be borne entirely by the Family.</w:t>
      </w:r>
    </w:p>
    <w:p w14:paraId="7EEA9921" w14:textId="77777777" w:rsidR="00F301F4" w:rsidRDefault="00000000">
      <w:r>
        <w:t xml:space="preserve">This amount is considered an administrative cost arising from managing the bank return and must be paid together with the outstanding fee.</w:t>
      </w:r>
    </w:p>
    <w:p w14:paraId="0901943B" w14:textId="77777777" w:rsidR="00F301F4" w:rsidRDefault="00000000">
      <w:pPr>
        <w:pStyle w:val="Heading3"/>
      </w:pPr>
      <w:r>
        <w:t xml:space="preserve">12.3. Settling the payment</w:t>
      </w:r>
    </w:p>
    <w:p w14:paraId="1CA05E0C" w14:textId="77777777" w:rsidR="00F301F4" w:rsidRDefault="00000000">
      <w:r>
        <w:t xml:space="preserve">The Family must settle the returned direct debit as soon as possible after the Academy has notified them of the issue.</w:t>
      </w:r>
    </w:p>
    <w:p w14:paraId="4F44B831" w14:textId="77777777" w:rsidR="00F301F4" w:rsidRDefault="00000000">
      <w:r>
        <w:t xml:space="preserve">The Academy may tell the Family the most suitable payment method for settling the debt, including bank transfer, Bizum or another accepted method.</w:t>
      </w:r>
    </w:p>
    <w:p w14:paraId="1A5B14BB" w14:textId="77777777" w:rsidR="00F301F4" w:rsidRDefault="00000000">
      <w:pPr>
        <w:pStyle w:val="Heading3"/>
      </w:pPr>
      <w:r>
        <w:t xml:space="preserve">12.4. Repeated returns</w:t>
      </w:r>
    </w:p>
    <w:p w14:paraId="3337171C" w14:textId="77777777" w:rsidR="00F301F4" w:rsidRDefault="00000000">
      <w:r>
        <w:t xml:space="preserve">Repeated returns of direct debits may result in a mandatory change to the payment method assigned to the Family.</w:t>
      </w:r>
    </w:p>
    <w:p w14:paraId="637E6A75" w14:textId="77777777" w:rsidR="00F301F4" w:rsidRDefault="00000000">
      <w:r>
        <w:t xml:space="preserve">In such cases, the Academy may require future payments to be made by bank transfer, Bizum, advance payment or another method that ensures fees are settled correctly within the established deadline.</w:t>
      </w:r>
    </w:p>
    <w:p w14:paraId="03C6E9D1" w14:textId="77777777" w:rsidR="00F301F4" w:rsidRDefault="00000000">
      <w:pPr>
        <w:pStyle w:val="Heading2"/>
      </w:pPr>
      <w:r>
        <w:t xml:space="preserve">Article 13. Requests to extend the payment deadline</w:t>
      </w:r>
    </w:p>
    <w:p w14:paraId="0104AC34" w14:textId="77777777" w:rsidR="00F301F4" w:rsidRDefault="00000000">
      <w:pPr>
        <w:pStyle w:val="Heading3"/>
      </w:pPr>
      <w:r>
        <w:t xml:space="preserve">13.1. Exceptional request for an extension</w:t>
      </w:r>
    </w:p>
    <w:p w14:paraId="2B4EFFFD" w14:textId="77777777" w:rsidR="00F301F4" w:rsidRDefault="00000000">
      <w:r>
        <w:t xml:space="preserve">If the Family expects to be unable to pay the fee within the standard payment deadline, it may ask the Academy for an extension.</w:t>
      </w:r>
    </w:p>
    <w:p w14:paraId="10BF5020" w14:textId="77777777" w:rsidR="00F301F4" w:rsidRDefault="00000000">
      <w:r>
        <w:t xml:space="preserve">This request must be made expressly and before the standard payment deadline expires, stating the expected date of payment.</w:t>
      </w:r>
    </w:p>
    <w:p w14:paraId="167197FC" w14:textId="77777777" w:rsidR="00F301F4" w:rsidRDefault="00000000">
      <w:pPr>
        <w:pStyle w:val="Heading3"/>
      </w:pPr>
      <w:r>
        <w:t xml:space="preserve">13.2. Approval by the Academy</w:t>
      </w:r>
    </w:p>
    <w:p w14:paraId="1EE04ACB" w14:textId="77777777" w:rsidR="00F301F4" w:rsidRDefault="00000000">
      <w:r>
        <w:t xml:space="preserve">An extension of the payment deadline is not granted automatically and is always subject to the Academy's express acceptance.</w:t>
      </w:r>
    </w:p>
    <w:p w14:paraId="1DA21E55" w14:textId="77777777" w:rsidR="00F301F4" w:rsidRDefault="00000000">
      <w:r>
        <w:t xml:space="preserve">The Academy may accept or refuse the request depending on the circumstances of the case, the Family's payment history, any outstanding debts and the organisational and financial needs of the Academy.</w:t>
      </w:r>
    </w:p>
    <w:p w14:paraId="6F727722" w14:textId="77777777" w:rsidR="00F301F4" w:rsidRDefault="00000000">
      <w:pPr>
        <w:pStyle w:val="Heading3"/>
      </w:pPr>
      <w:r>
        <w:t xml:space="preserve">13.3. Effects of the extension</w:t>
      </w:r>
    </w:p>
    <w:p w14:paraId="15514A27" w14:textId="77777777" w:rsidR="00F301F4" w:rsidRDefault="00000000">
      <w:r>
        <w:t xml:space="preserve">Granting an extension does not mean that the Academy waives its right to require payment of fees within the established deadlines, nor does it change the financial conditions generally applicable to the Family.</w:t>
      </w:r>
    </w:p>
    <w:p w14:paraId="6A968086" w14:textId="77777777" w:rsidR="00F301F4" w:rsidRDefault="00000000">
      <w:r>
        <w:t xml:space="preserve">Authorising an extension for a particular month is exceptional and does not give the right to further extensions in later months.</w:t>
      </w:r>
    </w:p>
    <w:p w14:paraId="2ACD8406" w14:textId="77777777" w:rsidR="00F301F4" w:rsidRDefault="00000000">
      <w:pPr>
        <w:pStyle w:val="Heading3"/>
      </w:pPr>
      <w:r>
        <w:t xml:space="preserve">13.4. Failure to pay by the agreed date</w:t>
      </w:r>
    </w:p>
    <w:p w14:paraId="294EB0E0" w14:textId="77777777" w:rsidR="00F301F4" w:rsidRDefault="00000000">
      <w:r>
        <w:t xml:space="preserve">If the Family does not pay by the agreed date, the fee will be considered unpaid for all purposes, and the measures set out in these General Terms for non-payment will apply.</w:t>
      </w:r>
    </w:p>
    <w:p w14:paraId="4AE43AEB" w14:textId="77777777" w:rsidR="00F301F4" w:rsidRDefault="00000000">
      <w:pPr>
        <w:pStyle w:val="Heading2"/>
      </w:pPr>
      <w:r>
        <w:t xml:space="preserve">Article 14. Non-payment</w:t>
      </w:r>
    </w:p>
    <w:p w14:paraId="30B53665" w14:textId="77777777" w:rsidR="00F301F4" w:rsidRDefault="00000000">
      <w:pPr>
        <w:pStyle w:val="Heading3"/>
      </w:pPr>
      <w:r>
        <w:t xml:space="preserve">14.1. What counts as non-payment</w:t>
      </w:r>
    </w:p>
    <w:p w14:paraId="32F47F2F" w14:textId="77777777" w:rsidR="00F301F4" w:rsidRDefault="00000000">
      <w:r>
        <w:t xml:space="preserve">Non-payment occurs when the Family has not paid the corresponding fee within the standard payment deadline and no extension has been expressly authorised by the Academy.</w:t>
      </w:r>
    </w:p>
    <w:p w14:paraId="68BFF448" w14:textId="77777777" w:rsidR="00F301F4" w:rsidRDefault="00000000">
      <w:r>
        <w:t xml:space="preserve">Failure to settle a returned direct debit, an incorrectly identified payment or any other amount due and payable under these General Terms is also considered non-payment.</w:t>
      </w:r>
    </w:p>
    <w:p w14:paraId="270B4F91" w14:textId="77777777" w:rsidR="00F301F4" w:rsidRDefault="00000000">
      <w:pPr>
        <w:pStyle w:val="Heading3"/>
      </w:pPr>
      <w:r>
        <w:t xml:space="preserve">14.2. Obligation to settle</w:t>
      </w:r>
    </w:p>
    <w:p w14:paraId="77F8263E" w14:textId="77777777" w:rsidR="00F301F4" w:rsidRDefault="00000000">
      <w:r>
        <w:t xml:space="preserve">Non-payment does not suspend or cancel the Family's financial obligation, and the Family must settle any outstanding amounts as soon as possible.</w:t>
      </w:r>
    </w:p>
    <w:p w14:paraId="05E01E0D" w14:textId="77777777" w:rsidR="00F301F4" w:rsidRDefault="00000000">
      <w:r>
        <w:t xml:space="preserve">The Academy may ask the Family to pay outstanding amounts through the usual means of communication, including email, WhatsApp or any other means provided by the Family.</w:t>
      </w:r>
    </w:p>
    <w:p w14:paraId="01ED8037" w14:textId="77777777" w:rsidR="00F301F4" w:rsidRDefault="00000000">
      <w:pPr>
        <w:pStyle w:val="Heading3"/>
      </w:pPr>
      <w:r>
        <w:t xml:space="preserve">14.3. Administrative effects of non-payment</w:t>
      </w:r>
    </w:p>
    <w:p w14:paraId="0F5C66E5" w14:textId="77777777" w:rsidR="00F301F4" w:rsidRDefault="00000000">
      <w:r>
        <w:t xml:space="preserve">While amounts remain outstanding, the Academy may limit non-essential administrative procedures relating to the Student, including renewals, group changes, reservation of new Places, registration for official exams or the issue of non-mandatory documents.</w:t>
      </w:r>
    </w:p>
    <w:p w14:paraId="66E41969" w14:textId="77777777" w:rsidR="00F301F4" w:rsidRDefault="00000000">
      <w:r>
        <w:t xml:space="preserve">These limitations apply without prejudice to the Academy's right to claim the amounts owed through the appropriate legal channels.</w:t>
      </w:r>
    </w:p>
    <w:p w14:paraId="57AFC728" w14:textId="77777777" w:rsidR="00F301F4" w:rsidRDefault="00000000">
      <w:pPr>
        <w:pStyle w:val="Heading3"/>
      </w:pPr>
      <w:r>
        <w:t xml:space="preserve">14.4. Repeated or prolonged non-payment</w:t>
      </w:r>
    </w:p>
    <w:p w14:paraId="0D782698" w14:textId="77777777" w:rsidR="00F301F4" w:rsidRDefault="00000000">
      <w:r>
        <w:t xml:space="preserve">In the event of repeated or prolonged non-payment, or non-payment that is not settled after the Academy has requested it, the Academy may take the organisational measures needed to protect its proper functioning, including temporarily suspending attendance at class or cancelling the Student's Place.</w:t>
      </w:r>
    </w:p>
    <w:p w14:paraId="556D5F9F" w14:textId="77777777" w:rsidR="00F301F4" w:rsidRDefault="00000000">
      <w:r>
        <w:t xml:space="preserve">Taking these measures does not release the Family from paying amounts already due, or those payable under the withdrawal rules set out in these General Terms.</w:t>
      </w:r>
    </w:p>
    <w:p w14:paraId="5FFA3EC3" w14:textId="77777777" w:rsidR="00F301F4" w:rsidRDefault="00000000">
      <w:pPr>
        <w:pStyle w:val="Heading3"/>
      </w:pPr>
      <w:r>
        <w:t xml:space="preserve">14.5. Reservation of rights</w:t>
      </w:r>
    </w:p>
    <w:p w14:paraId="1E469D2D" w14:textId="77777777" w:rsidR="00F301F4" w:rsidRDefault="00000000">
      <w:r>
        <w:t xml:space="preserve">If the Academy occasionally tolerates a late payment, this does not mean it waives its right to require strict compliance with financial obligations in later months, nor does it change the financial conditions accepted by the Family.</w:t>
      </w:r>
    </w:p>
    <w:p w14:paraId="16089520" w14:textId="77777777" w:rsidR="00F301F4" w:rsidRDefault="00000000">
      <w:pPr>
        <w:pStyle w:val="Heading2"/>
      </w:pPr>
      <w:r>
        <w:t xml:space="preserve">Article 15. Payment plans</w:t>
      </w:r>
    </w:p>
    <w:p w14:paraId="624DB4EE" w14:textId="77777777" w:rsidR="00F301F4" w:rsidRDefault="00000000">
      <w:pPr>
        <w:pStyle w:val="Heading3"/>
      </w:pPr>
      <w:r>
        <w:t xml:space="preserve">15.1. Exceptional nature</w:t>
      </w:r>
    </w:p>
    <w:p w14:paraId="5A22F32A" w14:textId="77777777" w:rsidR="00F301F4" w:rsidRDefault="00000000">
      <w:r>
        <w:t xml:space="preserve">In exceptional cases, the Academy may consider granting a personalised payment plan when the Family reports difficulties in paying an outstanding amount or a specific financial obligation.</w:t>
      </w:r>
    </w:p>
    <w:p w14:paraId="09D770E5" w14:textId="77777777" w:rsidR="00F301F4" w:rsidRDefault="00000000">
      <w:r>
        <w:t xml:space="preserve">The existence of this possibility does not in any case give the Family an automatic right to split, defer or unilaterally change the amounts owed.</w:t>
      </w:r>
    </w:p>
    <w:p w14:paraId="2912C47B" w14:textId="77777777" w:rsidR="00F301F4" w:rsidRDefault="00000000">
      <w:pPr>
        <w:pStyle w:val="Heading3"/>
      </w:pPr>
      <w:r>
        <w:t xml:space="preserve">15.2. Express request and acceptance</w:t>
      </w:r>
    </w:p>
    <w:p w14:paraId="50085A81" w14:textId="77777777" w:rsidR="00F301F4" w:rsidRDefault="00000000">
      <w:r>
        <w:t xml:space="preserve">Any payment plan must be expressly requested by the Family and expressly accepted by the Academy.</w:t>
      </w:r>
    </w:p>
    <w:p w14:paraId="6B84ED10" w14:textId="77777777" w:rsidR="00F301F4" w:rsidRDefault="00000000">
      <w:r>
        <w:t xml:space="preserve">The Academy may accept, refuse or propose alternative conditions depending on the outstanding amount, the payment history, the Student's administrative situation and the organisational and financial needs of the Academy.</w:t>
      </w:r>
    </w:p>
    <w:p w14:paraId="658775B9" w14:textId="77777777" w:rsidR="00F301F4" w:rsidRDefault="00000000">
      <w:pPr>
        <w:pStyle w:val="Heading3"/>
      </w:pPr>
      <w:r>
        <w:t xml:space="preserve">15.3. Content of the payment plan</w:t>
      </w:r>
    </w:p>
    <w:p w14:paraId="18BC1E3D" w14:textId="77777777" w:rsidR="00F301F4" w:rsidRDefault="00000000">
      <w:r>
        <w:t xml:space="preserve">The payment plan must set out, at least, the total outstanding amount, the instalments to be paid, the payment dates and the agreed payment method.</w:t>
      </w:r>
    </w:p>
    <w:p w14:paraId="03E0D072" w14:textId="77777777" w:rsidR="00F301F4" w:rsidRDefault="00000000">
      <w:r>
        <w:t xml:space="preserve">The Family must strictly comply with the agreed deadlines and conditions. Failure to make any of the agreed payments may cancel the payment plan, making the entire outstanding debt payable again.</w:t>
      </w:r>
    </w:p>
    <w:p w14:paraId="62A9676D" w14:textId="77777777" w:rsidR="00F301F4" w:rsidRDefault="00000000">
      <w:pPr>
        <w:pStyle w:val="Heading3"/>
      </w:pPr>
      <w:r>
        <w:t xml:space="preserve">15.4. Compatibility with future fees</w:t>
      </w:r>
    </w:p>
    <w:p w14:paraId="17F19B6A" w14:textId="77777777" w:rsidR="00F301F4" w:rsidRDefault="00000000">
      <w:r>
        <w:t xml:space="preserve">A payment plan for outstanding amounts does not release the Family from paying the standard fees that fall due afterwards on time, unless the Academy has expressly agreed otherwise.</w:t>
      </w:r>
    </w:p>
    <w:p w14:paraId="2AE3EAAE" w14:textId="77777777" w:rsidR="00F301F4" w:rsidRDefault="00000000">
      <w:r>
        <w:t xml:space="preserve">Consequently, the Family must pay both the agreed instalments and any new fees corresponding to the Student while they remain at the Academy.</w:t>
      </w:r>
    </w:p>
    <w:p w14:paraId="04AEDF65" w14:textId="77777777" w:rsidR="00F301F4" w:rsidRDefault="00000000">
      <w:pPr>
        <w:pStyle w:val="Heading3"/>
      </w:pPr>
      <w:r>
        <w:t xml:space="preserve">15.5. No change to the General Terms</w:t>
      </w:r>
    </w:p>
    <w:p w14:paraId="43BCD26C" w14:textId="77777777" w:rsidR="00F301F4" w:rsidRDefault="00000000">
      <w:r>
        <w:t xml:space="preserve">The acceptance of a payment plan is individual, exceptional and limited to the specific case. It does not amount to a general change to these General Terms or a waiver of the Academy's right to require financial obligations to be met under the standard terms.</w:t>
      </w:r>
    </w:p>
    <w:p w14:paraId="3DE163EF" w14:textId="77777777" w:rsidR="00F301F4" w:rsidRDefault="00000000">
      <w:pPr>
        <w:pStyle w:val="Heading2"/>
      </w:pPr>
      <w:r>
        <w:t xml:space="preserve">Article 16. Withdrawals and their financial effects</w:t>
      </w:r>
    </w:p>
    <w:p w14:paraId="0AC3947B" w14:textId="77777777" w:rsidR="00F301F4" w:rsidRDefault="00000000">
      <w:pPr>
        <w:pStyle w:val="Heading3"/>
      </w:pPr>
      <w:r>
        <w:t xml:space="preserve">16.1. Notice of withdrawal</w:t>
      </w:r>
    </w:p>
    <w:p w14:paraId="0C23DF32" w14:textId="77777777" w:rsidR="00F301F4" w:rsidRDefault="00000000">
      <w:r>
        <w:t xml:space="preserve">The Student's withdrawal must be notified directly to the Academy in writing, by email or WhatsApp, as provided for in these General Terms.</w:t>
      </w:r>
    </w:p>
    <w:p w14:paraId="57363098" w14:textId="77777777" w:rsidR="00F301F4" w:rsidRDefault="00000000">
      <w:r>
        <w:t xml:space="preserve">Notices given verbally, through third parties or by any other means that does not leave sufficient record of the intention to withdraw will have no financial or administrative effect.</w:t>
      </w:r>
    </w:p>
    <w:p w14:paraId="54F3103C" w14:textId="77777777" w:rsidR="00F301F4" w:rsidRDefault="00000000">
      <w:pPr>
        <w:pStyle w:val="Heading3"/>
      </w:pPr>
      <w:r>
        <w:t xml:space="preserve">16.2. Deadline for notice of withdrawal</w:t>
      </w:r>
    </w:p>
    <w:p w14:paraId="0BC29F8C" w14:textId="77777777" w:rsidR="00F301F4" w:rsidRDefault="00000000">
      <w:r>
        <w:t xml:space="preserve">For withdrawal to take financial effect from the following month, it must be validly notified to the Academy before the 25th of the current month.</w:t>
      </w:r>
    </w:p>
    <w:p w14:paraId="446F77DB" w14:textId="77777777" w:rsidR="00F301F4" w:rsidRDefault="00000000">
      <w:r>
        <w:t xml:space="preserve">Withdrawals notified on or after the 25th will take financial effect from the second following month, and the fee for the month immediately after remains payable.</w:t>
      </w:r>
    </w:p>
    <w:p w14:paraId="0355D6AB" w14:textId="77777777" w:rsidR="00F301F4" w:rsidRDefault="00000000">
      <w:pPr>
        <w:pStyle w:val="Heading3"/>
      </w:pPr>
      <w:r>
        <w:t xml:space="preserve">16.3. Effective date of withdrawal</w:t>
      </w:r>
    </w:p>
    <w:p w14:paraId="0F1903E3" w14:textId="77777777" w:rsidR="00F301F4" w:rsidRDefault="00000000">
      <w:r>
        <w:t xml:space="preserve">Withdrawal is not retroactive. Consequently, notifying withdrawal once a month has started does not give the right to a full or partial refund of that month's fee, nor does it release the Family from paying it if it is outstanding.</w:t>
      </w:r>
    </w:p>
    <w:p w14:paraId="4DB6E3EC" w14:textId="77777777" w:rsidR="00F301F4" w:rsidRDefault="00000000">
      <w:r>
        <w:t xml:space="preserve">In exceptional cases, the Academy may accept a different effective date where there are justified circumstances, without this creating any acquired right for future requests.</w:t>
      </w:r>
    </w:p>
    <w:p w14:paraId="7C52A102" w14:textId="77777777" w:rsidR="00F301F4" w:rsidRDefault="00000000">
      <w:pPr>
        <w:pStyle w:val="Heading3"/>
      </w:pPr>
      <w:r>
        <w:t xml:space="preserve">16.4. Non-attendance</w:t>
      </w:r>
    </w:p>
    <w:p w14:paraId="08F7C67C" w14:textId="77777777" w:rsidR="00F301F4" w:rsidRDefault="00000000">
      <w:r>
        <w:t xml:space="preserve">A Student's absence from class, even if prolonged, is not considered a withdrawal unless it has been formally notified to the Academy under the established terms.</w:t>
      </w:r>
    </w:p>
    <w:p w14:paraId="24864729" w14:textId="77777777" w:rsidR="00F301F4" w:rsidRDefault="00000000">
      <w:r>
        <w:t xml:space="preserve">Until a valid notice of withdrawal is received, the Place remains reserved for the Student and the corresponding fees continue to fall due.</w:t>
      </w:r>
    </w:p>
    <w:p w14:paraId="4E64A7A4" w14:textId="77777777" w:rsidR="00F301F4" w:rsidRDefault="00000000">
      <w:pPr>
        <w:pStyle w:val="Heading3"/>
      </w:pPr>
      <w:r>
        <w:t xml:space="preserve">16.5. Effects on the Place</w:t>
      </w:r>
    </w:p>
    <w:p w14:paraId="06801DD1" w14:textId="77777777" w:rsidR="00F301F4" w:rsidRDefault="00000000">
      <w:r>
        <w:t xml:space="preserve">Once withdrawal has been completed, the Academy may freely reassign the Student's Place, with no obligation to keep the timetable, group or conditions previously assigned.</w:t>
      </w:r>
    </w:p>
    <w:p w14:paraId="7C04893A" w14:textId="77777777" w:rsidR="00F301F4" w:rsidRDefault="00000000">
      <w:r>
        <w:t xml:space="preserve">If the Student later wishes to return, this will depend on the availability of Places, the Academy's academic assessment and compliance with the financial conditions in force at that time.</w:t>
      </w:r>
    </w:p>
    <w:p w14:paraId="55118003" w14:textId="77777777" w:rsidR="00F301F4" w:rsidRDefault="00000000">
      <w:pPr>
        <w:pStyle w:val="Heading2"/>
      </w:pPr>
      <w:r>
        <w:t xml:space="preserve">Article 17. Outstanding debts</w:t>
      </w:r>
    </w:p>
    <w:p w14:paraId="1B68DC5E" w14:textId="77777777" w:rsidR="00F301F4" w:rsidRDefault="00000000">
      <w:pPr>
        <w:pStyle w:val="Heading3"/>
      </w:pPr>
      <w:r>
        <w:t xml:space="preserve">17.1. Outstanding amounts remain payable</w:t>
      </w:r>
    </w:p>
    <w:p w14:paraId="20DABD7E" w14:textId="77777777" w:rsidR="00F301F4" w:rsidRDefault="00000000">
      <w:r>
        <w:t xml:space="preserve">Withdrawal, a change of group, the end of the academic year, an interruption in attendance or any similar circumstance does not cancel any amounts the Family still owes the Academy.</w:t>
      </w:r>
    </w:p>
    <w:p w14:paraId="02A45F39" w14:textId="77777777" w:rsidR="00F301F4" w:rsidRDefault="00000000">
      <w:r>
        <w:t xml:space="preserve">All amounts due and unpaid remain payable until they have been settled in full.</w:t>
      </w:r>
    </w:p>
    <w:p w14:paraId="76E5B604" w14:textId="77777777" w:rsidR="00F301F4" w:rsidRDefault="00000000">
      <w:pPr>
        <w:pStyle w:val="Heading3"/>
      </w:pPr>
      <w:r>
        <w:t xml:space="preserve">17.2. Items included</w:t>
      </w:r>
    </w:p>
    <w:p w14:paraId="6584AD04" w14:textId="77777777" w:rsidR="00F301F4" w:rsidRDefault="00000000">
      <w:r>
        <w:t xml:space="preserve">Outstanding debt includes, among other items, unpaid monthly fees, returned direct debits, return charges, Enrolment fees, materials, books, official exams, additional services, breached payment plans and any other amount accepted by the Family and still unpaid.</w:t>
      </w:r>
    </w:p>
    <w:p w14:paraId="2DEE6312" w14:textId="77777777" w:rsidR="00F301F4" w:rsidRDefault="00000000">
      <w:pPr>
        <w:pStyle w:val="Heading3"/>
      </w:pPr>
      <w:r>
        <w:t xml:space="preserve">17.3. Allocation of payments</w:t>
      </w:r>
    </w:p>
    <w:p w14:paraId="2D5B839B" w14:textId="77777777" w:rsidR="00F301F4" w:rsidRDefault="00000000">
      <w:r>
        <w:t xml:space="preserve">When the Family owes several amounts, the Academy may allocate payments received to the oldest debts, unless expressly agreed otherwise.</w:t>
      </w:r>
    </w:p>
    <w:p w14:paraId="2AD49186" w14:textId="77777777" w:rsidR="00F301F4" w:rsidRDefault="00000000">
      <w:r>
        <w:t xml:space="preserve">Partial payments do not prevent the rest of the debt from remaining payable.</w:t>
      </w:r>
    </w:p>
    <w:p w14:paraId="37DF8EB5" w14:textId="77777777" w:rsidR="00F301F4" w:rsidRDefault="00000000">
      <w:pPr>
        <w:pStyle w:val="Heading3"/>
      </w:pPr>
      <w:r>
        <w:t xml:space="preserve">17.4. Claiming amounts owed</w:t>
      </w:r>
    </w:p>
    <w:p w14:paraId="1672851B" w14:textId="77777777" w:rsidR="00F301F4" w:rsidRDefault="00000000">
      <w:r>
        <w:t xml:space="preserve">The Academy may claim outstanding amounts through the usual means of communication and, where appropriate, through the relevant legal channels.</w:t>
      </w:r>
    </w:p>
    <w:p w14:paraId="42691DFF" w14:textId="77777777" w:rsidR="00F301F4" w:rsidRDefault="00000000">
      <w:r>
        <w:t xml:space="preserve">Any costs arising from a formal debt claim will be borne by the Family where the law so provides.</w:t>
      </w:r>
    </w:p>
    <w:p w14:paraId="55B09A86" w14:textId="77777777" w:rsidR="00F301F4" w:rsidRDefault="00000000">
      <w:pPr>
        <w:pStyle w:val="Heading2"/>
      </w:pPr>
      <w:r>
        <w:t xml:space="preserve">Article 18. Renewals with outstanding debts</w:t>
      </w:r>
    </w:p>
    <w:p w14:paraId="7324ED2E" w14:textId="77777777" w:rsidR="00F301F4" w:rsidRDefault="00000000">
      <w:pPr>
        <w:pStyle w:val="Heading3"/>
      </w:pPr>
      <w:r>
        <w:t xml:space="preserve">18.1. Financial condition for renewal</w:t>
      </w:r>
    </w:p>
    <w:p w14:paraId="6AABEA21" w14:textId="77777777" w:rsidR="00F301F4" w:rsidRDefault="00000000">
      <w:r>
        <w:t xml:space="preserve">Renewal of Enrolment for a new academic year is conditional on the Family being up to date with its payments to the Academy.</w:t>
      </w:r>
    </w:p>
    <w:p w14:paraId="6041EDE5" w14:textId="77777777" w:rsidR="00F301F4" w:rsidRDefault="00000000">
      <w:r>
        <w:t xml:space="preserve">The Academy may refuse, suspend or cancel the renewal of Enrolment when there are unpaid amounts relating to the Student or to other Students from the same Family.</w:t>
      </w:r>
    </w:p>
    <w:p w14:paraId="5C505856" w14:textId="77777777" w:rsidR="00F301F4" w:rsidRDefault="00000000">
      <w:pPr>
        <w:pStyle w:val="Heading3"/>
      </w:pPr>
      <w:r>
        <w:t xml:space="preserve">18.2. Renewal fee</w:t>
      </w:r>
    </w:p>
    <w:p w14:paraId="1159B589" w14:textId="77777777" w:rsidR="00F301F4" w:rsidRDefault="00000000">
      <w:r>
        <w:t xml:space="preserve">An outstanding debt prevents the Family from benefiting from the renewal fee conditions until the debt has been settled or a payment agreement has been expressly accepted by the Academy.</w:t>
      </w:r>
    </w:p>
    <w:p w14:paraId="3995F787" w14:textId="77777777" w:rsidR="00F301F4" w:rsidRDefault="00000000">
      <w:r>
        <w:t xml:space="preserve">Simply requesting renewal does not give the right to keep the Place if the Family still owes money.</w:t>
      </w:r>
    </w:p>
    <w:p w14:paraId="4945B6B5" w14:textId="77777777" w:rsidR="00F301F4" w:rsidRDefault="00000000">
      <w:pPr>
        <w:pStyle w:val="Heading3"/>
      </w:pPr>
      <w:r>
        <w:t xml:space="preserve">18.3. Keeping the Place</w:t>
      </w:r>
    </w:p>
    <w:p w14:paraId="127F0E3B" w14:textId="77777777" w:rsidR="00F301F4" w:rsidRDefault="00000000">
      <w:r>
        <w:t xml:space="preserve">The Academy is not obliged to keep a Student's Place for the following year when there are outstanding debts that have not been settled within the renewal deadlines announced.</w:t>
      </w:r>
    </w:p>
    <w:p w14:paraId="2F51A40F" w14:textId="77777777" w:rsidR="00F301F4" w:rsidRDefault="00000000">
      <w:r>
        <w:t xml:space="preserve">In such cases, the Place may be offered to other Students without further notice.</w:t>
      </w:r>
    </w:p>
    <w:p w14:paraId="6A0F96E2" w14:textId="77777777" w:rsidR="00F301F4" w:rsidRDefault="00000000">
      <w:pPr>
        <w:pStyle w:val="Heading2"/>
      </w:pPr>
      <w:r>
        <w:t xml:space="preserve">Article 19. Group changes with outstanding debts</w:t>
      </w:r>
    </w:p>
    <w:p w14:paraId="731C4838" w14:textId="77777777" w:rsidR="00F301F4" w:rsidRDefault="00000000">
      <w:pPr>
        <w:pStyle w:val="Heading3"/>
      </w:pPr>
      <w:r>
        <w:t xml:space="preserve">19.1. Condition for requesting a group change</w:t>
      </w:r>
    </w:p>
    <w:p w14:paraId="1F0B90AB" w14:textId="77777777" w:rsidR="00F301F4" w:rsidRDefault="00000000">
      <w:r>
        <w:t xml:space="preserve">A group change may only be requested if the Family is up to date with its payments to the Academy.</w:t>
      </w:r>
    </w:p>
    <w:p w14:paraId="19B9C192" w14:textId="77777777" w:rsidR="00F301F4" w:rsidRDefault="00000000">
      <w:r>
        <w:t xml:space="preserve">While amounts remain outstanding, the Academy may refuse or postpone any request to change group, timetable, format or level.</w:t>
      </w:r>
    </w:p>
    <w:p w14:paraId="0643C287" w14:textId="77777777" w:rsidR="00F301F4" w:rsidRDefault="00000000">
      <w:pPr>
        <w:pStyle w:val="Heading3"/>
      </w:pPr>
      <w:r>
        <w:t xml:space="preserve">19.2. Changes for academic or organisational reasons</w:t>
      </w:r>
    </w:p>
    <w:p w14:paraId="708A6944" w14:textId="77777777" w:rsidR="00F301F4" w:rsidRDefault="00000000">
      <w:r>
        <w:t xml:space="preserve">When the Academy proposes a group change for academic, teaching or organisational reasons, an outstanding debt will not necessarily prevent the change if the Academy considers it necessary for the proper functioning of the Academy or for the Student's proper care.</w:t>
      </w:r>
    </w:p>
    <w:p w14:paraId="08F546B3" w14:textId="77777777" w:rsidR="00F301F4" w:rsidRDefault="00000000">
      <w:r>
        <w:t xml:space="preserve">However, this does not mean the Academy waives its right to collect the outstanding amounts, which remain fully payable.</w:t>
      </w:r>
    </w:p>
    <w:p w14:paraId="44A5F135" w14:textId="77777777" w:rsidR="00F301F4" w:rsidRDefault="00000000">
      <w:pPr>
        <w:pStyle w:val="Heading3"/>
      </w:pPr>
      <w:r>
        <w:t xml:space="preserve">19.3. Financial effects of a group change</w:t>
      </w:r>
    </w:p>
    <w:p w14:paraId="2D23503A" w14:textId="77777777" w:rsidR="00F301F4" w:rsidRDefault="00000000">
      <w:r>
        <w:t xml:space="preserve">If the group change involves a change in the monthly fee, the new fee will apply from the date communicated by the Academy or from the month following the change, as appropriate.</w:t>
      </w:r>
    </w:p>
    <w:p w14:paraId="3EC98FF8" w14:textId="77777777" w:rsidR="00F301F4" w:rsidRDefault="00000000">
      <w:r>
        <w:t xml:space="preserve">The Family must pay any difference in cost resulting from the change of group, course, number of hours or format.</w:t>
      </w:r>
    </w:p>
    <w:p w14:paraId="55A50132" w14:textId="77777777" w:rsidR="00F301F4" w:rsidRDefault="00000000">
      <w:pPr>
        <w:pStyle w:val="Heading2"/>
      </w:pPr>
      <w:r>
        <w:t xml:space="preserve">Article 20. Registration for official exams with outstanding debts</w:t>
      </w:r>
    </w:p>
    <w:p w14:paraId="362BCEC8" w14:textId="77777777" w:rsidR="00F301F4" w:rsidRDefault="00000000">
      <w:pPr>
        <w:pStyle w:val="Heading3"/>
      </w:pPr>
      <w:r>
        <w:t xml:space="preserve">20.1. Financial condition for registration</w:t>
      </w:r>
    </w:p>
    <w:p w14:paraId="49A88C8C" w14:textId="77777777" w:rsidR="00F301F4" w:rsidRDefault="00000000">
      <w:r>
        <w:t xml:space="preserve">Registration of the Student for official exams managed or processed by the Academy is conditional on the Family being up to date with its payments to the Academy.</w:t>
      </w:r>
    </w:p>
    <w:p w14:paraId="6224B20C" w14:textId="77777777" w:rsidR="00F301F4" w:rsidRDefault="00000000">
      <w:r>
        <w:t xml:space="preserve">The Academy may refuse, suspend or not process registration for an official exam when there are outstanding amounts, whether for standard fees, Enrolment, materials, previous exams or any other amount due.</w:t>
      </w:r>
    </w:p>
    <w:p w14:paraId="34CF525F" w14:textId="77777777" w:rsidR="00F301F4" w:rsidRDefault="00000000">
      <w:pPr>
        <w:pStyle w:val="Heading3"/>
      </w:pPr>
      <w:r>
        <w:t xml:space="preserve">20.2. Payment of exam fees</w:t>
      </w:r>
    </w:p>
    <w:p w14:paraId="1097E274" w14:textId="77777777" w:rsidR="00F301F4" w:rsidRDefault="00000000">
      <w:r>
        <w:t xml:space="preserve">Official exam fees must be paid within the deadline set by the Academy or by the relevant examining body.</w:t>
      </w:r>
    </w:p>
    <w:p w14:paraId="2DD72ABF" w14:textId="77777777" w:rsidR="00F301F4" w:rsidRDefault="00000000">
      <w:r>
        <w:t xml:space="preserve">The Academy is not obliged to advance the amount of official fees or to complete any registration for which payment has not been correctly received within the stated deadline.</w:t>
      </w:r>
    </w:p>
    <w:p w14:paraId="328FBA7A" w14:textId="77777777" w:rsidR="00F301F4" w:rsidRDefault="00000000">
      <w:pPr>
        <w:pStyle w:val="Heading3"/>
      </w:pPr>
      <w:r>
        <w:t xml:space="preserve">20.3. Responsibility for external deadlines</w:t>
      </w:r>
    </w:p>
    <w:p w14:paraId="4EF1B309" w14:textId="77777777" w:rsidR="00F301F4" w:rsidRDefault="00000000">
      <w:r>
        <w:t xml:space="preserve">The Family is responsible for meeting the deadlines for payment and submission of documents required to register for official exams.</w:t>
      </w:r>
    </w:p>
    <w:p w14:paraId="296E3C82" w14:textId="77777777" w:rsidR="00F301F4" w:rsidRDefault="00000000">
      <w:r>
        <w:t xml:space="preserve">The Academy is not responsible for missed exam sessions, surcharges, inability to register or any other consequence of late payments, incomplete documents or outstanding debts not settled on time.</w:t>
      </w:r>
    </w:p>
    <w:p w14:paraId="051411B6" w14:textId="77777777" w:rsidR="00F301F4" w:rsidRDefault="00000000">
      <w:pPr>
        <w:pStyle w:val="Heading2"/>
      </w:pPr>
      <w:r>
        <w:t xml:space="preserve">Article 21. Income tax (IRPF) certificates</w:t>
      </w:r>
    </w:p>
    <w:p w14:paraId="6DF8155B" w14:textId="77777777" w:rsidR="00F301F4" w:rsidRDefault="00000000">
      <w:pPr>
        <w:pStyle w:val="Heading3"/>
      </w:pPr>
      <w:r>
        <w:t xml:space="preserve">21.1. Issue of certificates</w:t>
      </w:r>
    </w:p>
    <w:p w14:paraId="615844A2" w14:textId="77777777" w:rsidR="00F301F4" w:rsidRDefault="00000000">
      <w:r>
        <w:t xml:space="preserve">Where applicable, the Academy will issue income tax (IRPF) certificates for payments made during the previous tax year.</w:t>
      </w:r>
    </w:p>
    <w:p w14:paraId="124DEF5E" w14:textId="77777777" w:rsidR="00F301F4" w:rsidRDefault="00000000">
      <w:r>
        <w:t xml:space="preserve">These certificates will be sent automatically in January to the email address provided by the Family, unless administrative or technical reasons make it necessary to use another means of communication.</w:t>
      </w:r>
    </w:p>
    <w:p w14:paraId="52E4ADEF" w14:textId="77777777" w:rsidR="00F301F4" w:rsidRDefault="00000000">
      <w:pPr>
        <w:pStyle w:val="Heading3"/>
      </w:pPr>
      <w:r>
        <w:t xml:space="preserve">21.2. Tax details</w:t>
      </w:r>
    </w:p>
    <w:p w14:paraId="29F179ED" w14:textId="77777777" w:rsidR="00F301F4" w:rsidRDefault="00000000">
      <w:r>
        <w:t xml:space="preserve">The Family is responsible for providing the Academy with the correct and up-to-date tax details needed to issue the certificate.</w:t>
      </w:r>
    </w:p>
    <w:p w14:paraId="2FDF333E" w14:textId="77777777" w:rsidR="00F301F4" w:rsidRDefault="00000000">
      <w:r>
        <w:t xml:space="preserve">The Academy is not responsible for errors, delays or issues resulting from incomplete, incorrect or out-of-date details provided by the Family.</w:t>
      </w:r>
    </w:p>
    <w:p w14:paraId="20BDA991" w14:textId="77777777" w:rsidR="00F301F4" w:rsidRDefault="00000000">
      <w:pPr>
        <w:pStyle w:val="Heading3"/>
      </w:pPr>
      <w:r>
        <w:t xml:space="preserve">21.3. Review or duplicate</w:t>
      </w:r>
    </w:p>
    <w:p w14:paraId="271EE390" w14:textId="77777777" w:rsidR="00F301F4" w:rsidRDefault="00000000">
      <w:r>
        <w:t xml:space="preserve">If the Family needs to review or correct a certificate, or request a duplicate, it must notify the Academy in writing.</w:t>
      </w:r>
    </w:p>
    <w:p w14:paraId="670CD484" w14:textId="77777777" w:rsidR="00F301F4" w:rsidRDefault="00000000">
      <w:r>
        <w:t xml:space="preserve">The Academy will deal with such requests within a reasonable time, taking into account its administrative workload and the availability of the information requested.</w:t>
      </w:r>
    </w:p>
    <w:p w14:paraId="7241B78C" w14:textId="77777777" w:rsidR="00F301F4" w:rsidRDefault="00000000">
      <w:pPr>
        <w:pStyle w:val="Heading2"/>
      </w:pPr>
      <w:r>
        <w:t xml:space="preserve">Article 22. Materials, books and other charges</w:t>
      </w:r>
    </w:p>
    <w:p w14:paraId="5E2B6FC4" w14:textId="77777777" w:rsidR="00F301F4" w:rsidRDefault="00000000">
      <w:pPr>
        <w:pStyle w:val="Heading3"/>
      </w:pPr>
      <w:r>
        <w:t xml:space="preserve">22.1. Items not included in the fee</w:t>
      </w:r>
    </w:p>
    <w:p w14:paraId="436BA06C" w14:textId="77777777" w:rsidR="00F301F4" w:rsidRDefault="00000000">
      <w:r>
        <w:t xml:space="preserve">Unless the Academy expressly states otherwise, the monthly fees do not include books, specific materials, official exam fees, extra activities, intensive courses, complementary services or any other item not expressly included in the standard course price.</w:t>
      </w:r>
    </w:p>
    <w:p w14:paraId="12F6307F" w14:textId="77777777" w:rsidR="00F301F4" w:rsidRDefault="00000000">
      <w:pPr>
        <w:pStyle w:val="Heading3"/>
      </w:pPr>
      <w:r>
        <w:t xml:space="preserve">22.2. Obligation to pay</w:t>
      </w:r>
    </w:p>
    <w:p w14:paraId="09AF22C6" w14:textId="77777777" w:rsidR="00F301F4" w:rsidRDefault="00000000">
      <w:r>
        <w:t xml:space="preserve">The Family must pay for any materials, books, fees or additional services that have been requested, accepted or are necessary to follow the corresponding course or activity properly.</w:t>
      </w:r>
    </w:p>
    <w:p w14:paraId="1ED5C6F8" w14:textId="77777777" w:rsidR="00F301F4" w:rsidRDefault="00000000">
      <w:r>
        <w:t xml:space="preserve">Failure to pay these items may be treated as outstanding debt for all the purposes set out in these General Terms.</w:t>
      </w:r>
    </w:p>
    <w:p w14:paraId="0A3EE50C" w14:textId="77777777" w:rsidR="00F301F4" w:rsidRDefault="00000000">
      <w:pPr>
        <w:pStyle w:val="Heading3"/>
      </w:pPr>
      <w:r>
        <w:t xml:space="preserve">22.3. Handover of materials</w:t>
      </w:r>
    </w:p>
    <w:p w14:paraId="29E5C5BE" w14:textId="77777777" w:rsidR="00F301F4" w:rsidRDefault="00000000">
      <w:r>
        <w:t xml:space="preserve">The Academy may require payment of the corresponding amounts before handing over books, materials or other resources.</w:t>
      </w:r>
    </w:p>
    <w:p w14:paraId="6EDFCF54" w14:textId="77777777" w:rsidR="00F301F4" w:rsidRDefault="00000000">
      <w:r>
        <w:t xml:space="preserve">Where the Academy provides materials before receiving payment, the Family remains obliged to pay the corresponding amount within the stated deadline.</w:t>
      </w:r>
    </w:p>
    <w:p w14:paraId="1B21CA65" w14:textId="77777777" w:rsidR="00F301F4" w:rsidRDefault="00000000">
      <w:pPr>
        <w:pStyle w:val="Heading2"/>
      </w:pPr>
      <w:r>
        <w:t xml:space="preserve">Article 23. Discounts, promotions and special conditions</w:t>
      </w:r>
    </w:p>
    <w:p w14:paraId="7A5E4859" w14:textId="77777777" w:rsidR="00F301F4" w:rsidRDefault="00000000">
      <w:pPr>
        <w:pStyle w:val="Heading3"/>
      </w:pPr>
      <w:r>
        <w:t xml:space="preserve">23.1. Conditional nature</w:t>
      </w:r>
    </w:p>
    <w:p w14:paraId="0E0A7F5D" w14:textId="77777777" w:rsidR="00F301F4" w:rsidRDefault="00000000">
      <w:r>
        <w:t xml:space="preserve">Any discounts, promotions, reduced prices or special financial conditions offered by the Academy are exceptional, limited and conditional on meeting the requirements established in each case.</w:t>
      </w:r>
    </w:p>
    <w:p w14:paraId="43C4BE2B" w14:textId="77777777" w:rsidR="00F301F4" w:rsidRDefault="00000000">
      <w:r>
        <w:t xml:space="preserve">Applying a discount or special condition does not create an acquired right to keep it for later courses, months, services or Students, unless the Academy has expressly confirmed it.</w:t>
      </w:r>
    </w:p>
    <w:p w14:paraId="6DC057FA" w14:textId="77777777" w:rsidR="00F301F4" w:rsidRDefault="00000000">
      <w:pPr>
        <w:pStyle w:val="Heading3"/>
      </w:pPr>
      <w:r>
        <w:t xml:space="preserve">23.2. Discounts cannot be combined</w:t>
      </w:r>
    </w:p>
    <w:p w14:paraId="06FC024B" w14:textId="77777777" w:rsidR="00F301F4" w:rsidRDefault="00000000">
      <w:r>
        <w:t xml:space="preserve">Unless expressly stated otherwise, discounts, promotions or special conditions cannot be combined.</w:t>
      </w:r>
    </w:p>
    <w:p w14:paraId="0CF09D17" w14:textId="77777777" w:rsidR="00F301F4" w:rsidRDefault="00000000">
      <w:r>
        <w:t xml:space="preserve">Where several financial benefits could apply, the Academy will decide in each case which discount or financial condition applies.</w:t>
      </w:r>
    </w:p>
    <w:p w14:paraId="05C7246C" w14:textId="77777777" w:rsidR="00F301F4" w:rsidRDefault="00000000">
      <w:pPr>
        <w:pStyle w:val="Heading3"/>
      </w:pPr>
      <w:r>
        <w:t xml:space="preserve">23.3. Loss of a discount</w:t>
      </w:r>
    </w:p>
    <w:p w14:paraId="43CCE507" w14:textId="77777777" w:rsidR="00F301F4" w:rsidRDefault="00000000">
      <w:r>
        <w:t xml:space="preserve">The Academy may withdraw a discount, promotion or special financial condition when the requirements for granting it are no longer met, when there is non-payment or when these General Terms are breached.</w:t>
      </w:r>
    </w:p>
    <w:p w14:paraId="267B1450" w14:textId="77777777" w:rsidR="00F301F4" w:rsidRDefault="00000000">
      <w:pPr>
        <w:pStyle w:val="Heading2"/>
      </w:pPr>
      <w:r>
        <w:t xml:space="preserve">Article 24. Settlement of amounts and reservation of rights</w:t>
      </w:r>
    </w:p>
    <w:p w14:paraId="5AC70193" w14:textId="77777777" w:rsidR="00F301F4" w:rsidRDefault="00000000">
      <w:pPr>
        <w:pStyle w:val="Heading3"/>
      </w:pPr>
      <w:r>
        <w:t xml:space="preserve">24.1. Prior settlement of amounts</w:t>
      </w:r>
    </w:p>
    <w:p w14:paraId="1F944D4E" w14:textId="77777777" w:rsidR="00F301F4" w:rsidRDefault="00000000">
      <w:r>
        <w:t xml:space="preserve">The Academy may require any outstanding amount to be settled before carrying out new administrative, academic or financial procedures relating to the Student or the Family.</w:t>
      </w:r>
    </w:p>
    <w:p w14:paraId="17666834" w14:textId="77777777" w:rsidR="00F301F4" w:rsidRDefault="00000000">
      <w:r>
        <w:t xml:space="preserve">These procedures may include, without limitation, Enrolment renewals, Place reservations, group changes, issuing documents, registration for official exams, handing over materials or contracting new services.</w:t>
      </w:r>
    </w:p>
    <w:p w14:paraId="4EB85594" w14:textId="77777777" w:rsidR="00F301F4" w:rsidRDefault="00000000">
      <w:pPr>
        <w:pStyle w:val="Heading3"/>
      </w:pPr>
      <w:r>
        <w:t xml:space="preserve">24.2. Family unit</w:t>
      </w:r>
    </w:p>
    <w:p w14:paraId="10B7DB92" w14:textId="77777777" w:rsidR="00F301F4" w:rsidRDefault="00000000">
      <w:r>
        <w:t xml:space="preserve">For internal financial management purposes, the Academy may take into account the Family's overall financial situation when several Students belong to the same Family unit.</w:t>
      </w:r>
    </w:p>
    <w:p w14:paraId="786F2A7B" w14:textId="77777777" w:rsidR="00F301F4" w:rsidRDefault="00000000">
      <w:r>
        <w:t xml:space="preserve">Debts relating to one Student may affect the processing of new Enrolments, renewals, changes or services for other Students from the same Family, without prejudice to the Academy's individual assessment of each case.</w:t>
      </w:r>
    </w:p>
    <w:p w14:paraId="5BBDA499" w14:textId="77777777" w:rsidR="00F301F4" w:rsidRDefault="00000000">
      <w:pPr>
        <w:pStyle w:val="Heading3"/>
      </w:pPr>
      <w:r>
        <w:t xml:space="preserve">24.3. No waiver of rights</w:t>
      </w:r>
    </w:p>
    <w:p w14:paraId="15605B6D" w14:textId="77777777" w:rsidR="00F301F4" w:rsidRDefault="00000000">
      <w:r>
        <w:t xml:space="preserve">Not immediately claiming an outstanding amount, occasionally accepting a late payment, granting an extension, accepting a payment plan or tolerating an exceptional situation does not mean the Academy waives its right to require full compliance with the financial obligations set out in these General Terms.</w:t>
      </w:r>
    </w:p>
    <w:p w14:paraId="2CA00FE8" w14:textId="77777777" w:rsidR="00F301F4" w:rsidRDefault="00000000">
      <w:r>
        <w:t xml:space="preserve">Any financial exception granted by the Academy is individual and one-off and does not become established practice, unless expressly agreed otherwise.</w:t>
      </w:r>
    </w:p>
    <w:p w14:paraId="138F10AC" w14:textId="77777777" w:rsidR="00F301F4" w:rsidRDefault="00000000">
      <w:pPr>
        <w:pStyle w:val="Heading1"/>
      </w:pPr>
      <w:r>
        <w:t xml:space="preserve">CHAPTER IV. ACADEMIC ORGANISATION AND CLASSES</w:t>
      </w:r>
    </w:p>
    <w:p w14:paraId="727F64B5" w14:textId="77777777" w:rsidR="00F301F4" w:rsidRDefault="00000000">
      <w:pPr>
        <w:pStyle w:val="Heading2"/>
      </w:pPr>
      <w:r>
        <w:t xml:space="preserve">Article 25. Organisation of groups</w:t>
      </w:r>
    </w:p>
    <w:p w14:paraId="1C4765DF" w14:textId="77777777" w:rsidR="00F301F4" w:rsidRDefault="00000000">
      <w:pPr>
        <w:pStyle w:val="Heading3"/>
      </w:pPr>
      <w:r>
        <w:t xml:space="preserve">25.1. Criteria for organising groups</w:t>
      </w:r>
    </w:p>
    <w:p w14:paraId="7A1BE810" w14:textId="77777777" w:rsidR="00F301F4" w:rsidRDefault="00000000">
      <w:r>
        <w:t xml:space="preserve">The Academy will organise groups according to academic, teaching and organisational criteria and the availability of Places.</w:t>
      </w:r>
    </w:p>
    <w:p w14:paraId="1BA295AA" w14:textId="77777777" w:rsidR="00F301F4" w:rsidRDefault="00000000">
      <w:r>
        <w:t xml:space="preserve">These criteria may include, among others, the Student's level, age and academic progress, the number of Students per group, timetable compatibility, teaching continuity and the proper functioning of the Academy.</w:t>
      </w:r>
    </w:p>
    <w:p w14:paraId="47546B4E" w14:textId="77777777" w:rsidR="00F301F4" w:rsidRDefault="00000000">
      <w:pPr>
        <w:pStyle w:val="Heading3"/>
      </w:pPr>
      <w:r>
        <w:t xml:space="preserve">25.2. Group assignment</w:t>
      </w:r>
    </w:p>
    <w:p w14:paraId="0CA5734B" w14:textId="77777777" w:rsidR="00F301F4" w:rsidRDefault="00000000">
      <w:r>
        <w:t xml:space="preserve">Group assignment is the sole responsibility of the Academy, which will assess which group is most suitable for the Student based on their academic needs and the general running of the course.</w:t>
      </w:r>
    </w:p>
    <w:p w14:paraId="4244C390" w14:textId="77777777" w:rsidR="00F301F4" w:rsidRDefault="00000000">
      <w:r>
        <w:t xml:space="preserve">The Family's timetable preference will be taken into account wherever possible, but it does not guarantee automatic assignment to a particular group.</w:t>
      </w:r>
    </w:p>
    <w:p w14:paraId="630F3172" w14:textId="77777777" w:rsidR="00F301F4" w:rsidRDefault="00000000">
      <w:pPr>
        <w:pStyle w:val="Heading3"/>
      </w:pPr>
      <w:r>
        <w:t xml:space="preserve">25.3. Small groups</w:t>
      </w:r>
    </w:p>
    <w:p w14:paraId="58E8BCDA" w14:textId="77777777" w:rsidR="00F301F4" w:rsidRDefault="00000000">
      <w:r>
        <w:t xml:space="preserve">The Academy will endeavour to keep groups small enough to give each Student proper attention.</w:t>
      </w:r>
    </w:p>
    <w:p w14:paraId="73A1DA3F" w14:textId="77777777" w:rsidR="00F301F4" w:rsidRDefault="00000000">
      <w:r>
        <w:t xml:space="preserve">However, the exact number of Students per group may vary depending on the course, level, format, availability of Places and the Academy's organisational needs.</w:t>
      </w:r>
    </w:p>
    <w:p w14:paraId="233EA809" w14:textId="77777777" w:rsidR="00F301F4" w:rsidRDefault="00000000">
      <w:pPr>
        <w:pStyle w:val="Heading2"/>
      </w:pPr>
      <w:r>
        <w:t xml:space="preserve">Article 26. Group changes</w:t>
      </w:r>
    </w:p>
    <w:p w14:paraId="35C13291" w14:textId="77777777" w:rsidR="00F301F4" w:rsidRDefault="00000000">
      <w:pPr>
        <w:pStyle w:val="Heading3"/>
      </w:pPr>
      <w:r>
        <w:t xml:space="preserve">26.1. Change requested by the Family</w:t>
      </w:r>
    </w:p>
    <w:p w14:paraId="4FBDC196" w14:textId="77777777" w:rsidR="00F301F4" w:rsidRDefault="00000000">
      <w:r>
        <w:t xml:space="preserve">The Family may request a change of group, timetable or format, which the Academy will assess according to the availability of Places, the Student's level, the academic suitability of the change and the proper functioning of the groups affected.</w:t>
      </w:r>
    </w:p>
    <w:p w14:paraId="3DB87A53" w14:textId="77777777" w:rsidR="00F301F4" w:rsidRDefault="00000000">
      <w:r>
        <w:t xml:space="preserve">Requesting a change does not give an automatic right to obtain it.</w:t>
      </w:r>
    </w:p>
    <w:p w14:paraId="69398C08" w14:textId="77777777" w:rsidR="00F301F4" w:rsidRDefault="00000000">
      <w:pPr>
        <w:pStyle w:val="Heading3"/>
      </w:pPr>
      <w:r>
        <w:t xml:space="preserve">26.2. The Academy's decision</w:t>
      </w:r>
    </w:p>
    <w:p w14:paraId="5FBDEC7D" w14:textId="77777777" w:rsidR="00F301F4" w:rsidRDefault="00000000">
      <w:r>
        <w:t xml:space="preserve">The Academy may accept, refuse or postpone a request to change group when it considers that no Place is available, that the change is not suitable for the Student or that it may harm the organisation of the Academy or the running of the group.</w:t>
      </w:r>
    </w:p>
    <w:p w14:paraId="14267298" w14:textId="77777777" w:rsidR="00F301F4" w:rsidRDefault="00000000">
      <w:r>
        <w:t xml:space="preserve">The Academy may propose alternative timetables or academic options when it considers it appropriate.</w:t>
      </w:r>
    </w:p>
    <w:p w14:paraId="2206FC60" w14:textId="77777777" w:rsidR="00F301F4" w:rsidRDefault="00000000">
      <w:pPr>
        <w:pStyle w:val="Heading3"/>
      </w:pPr>
      <w:r>
        <w:t xml:space="preserve">26.3. Changes proposed by the Academy</w:t>
      </w:r>
    </w:p>
    <w:p w14:paraId="010CA979" w14:textId="77777777" w:rsidR="00F301F4" w:rsidRDefault="00000000">
      <w:r>
        <w:t xml:space="preserve">The Academy may propose or make group changes when justified by academic, teaching, organisational or level-related reasons.</w:t>
      </w:r>
    </w:p>
    <w:p w14:paraId="5DCE3C14" w14:textId="77777777" w:rsidR="00F301F4" w:rsidRDefault="00000000">
      <w:r>
        <w:t xml:space="preserve">These changes may be agreed, among other cases, when the Student needs a group better suited to their progress, when a level is reorganised, when there are significant changes in the number of Students or when it is necessary to ensure the proper running of the course.</w:t>
      </w:r>
    </w:p>
    <w:p w14:paraId="4BE3C327" w14:textId="77777777" w:rsidR="00F301F4" w:rsidRDefault="00000000">
      <w:pPr>
        <w:pStyle w:val="Heading3"/>
      </w:pPr>
      <w:r>
        <w:t xml:space="preserve">26.4. Financial effects of the change</w:t>
      </w:r>
    </w:p>
    <w:p w14:paraId="7BC28615" w14:textId="77777777" w:rsidR="00F301F4" w:rsidRDefault="00000000">
      <w:r>
        <w:t xml:space="preserve">When a group change involves a change in the number of hours, level, format or applicable fee, the Family must pay any corresponding difference in accordance with the conditions in force.</w:t>
      </w:r>
    </w:p>
    <w:p w14:paraId="709EC871" w14:textId="77777777" w:rsidR="00F301F4" w:rsidRDefault="00000000">
      <w:pPr>
        <w:pStyle w:val="Heading2"/>
      </w:pPr>
      <w:r>
        <w:t xml:space="preserve">Article 27. Timetables and academic calendar</w:t>
      </w:r>
    </w:p>
    <w:p w14:paraId="167C77C9" w14:textId="77777777" w:rsidR="00F301F4" w:rsidRDefault="00000000">
      <w:pPr>
        <w:pStyle w:val="Heading3"/>
      </w:pPr>
      <w:r>
        <w:t xml:space="preserve">27.1. Class timetables</w:t>
      </w:r>
    </w:p>
    <w:p w14:paraId="400C20AD" w14:textId="77777777" w:rsidR="00F301F4" w:rsidRDefault="00000000">
      <w:r>
        <w:t xml:space="preserve">Class timetables will be set by the Academy for each academic year, group, level or format.</w:t>
      </w:r>
    </w:p>
    <w:p w14:paraId="2C4E71B4" w14:textId="77777777" w:rsidR="00F301F4" w:rsidRDefault="00000000">
      <w:r>
        <w:t xml:space="preserve">The Academy may change timetables where justified by organisational or academic reasons or force majeure, and will try to notify the Family as far in advance as possible.</w:t>
      </w:r>
    </w:p>
    <w:p w14:paraId="586CCC99" w14:textId="77777777" w:rsidR="00F301F4" w:rsidRDefault="00000000">
      <w:pPr>
        <w:pStyle w:val="Heading3"/>
      </w:pPr>
      <w:r>
        <w:t xml:space="preserve">27.2. Academic calendar</w:t>
      </w:r>
    </w:p>
    <w:p w14:paraId="60F1EAFD" w14:textId="77777777" w:rsidR="00F301F4" w:rsidRDefault="00000000">
      <w:r>
        <w:t xml:space="preserve">The academic calendar will be set by the Academy, taking into account its internal organisation, the planned teaching days, holiday periods and applicable public holidays.</w:t>
      </w:r>
    </w:p>
    <w:p w14:paraId="3BD0CAD8" w14:textId="77777777" w:rsidR="00F301F4" w:rsidRDefault="00000000">
      <w:r>
        <w:t xml:space="preserve">The Academy may adapt its calendar to the needs of the course, teacher availability, academic planning and its organisational circumstances.</w:t>
      </w:r>
    </w:p>
    <w:p w14:paraId="54029FA0" w14:textId="77777777" w:rsidR="00F301F4" w:rsidRDefault="00000000">
      <w:pPr>
        <w:pStyle w:val="Heading3"/>
      </w:pPr>
      <w:r>
        <w:t xml:space="preserve">27.3. Public holidays, school holidays and non-teaching days</w:t>
      </w:r>
    </w:p>
    <w:p w14:paraId="03B2B131" w14:textId="77777777" w:rsidR="00F301F4" w:rsidRDefault="00000000">
      <w:r>
        <w:t xml:space="preserve">Public holidays, holiday periods, long weekends or non-teaching days included in the academic calendar do not give the right to any reduction, refund or compensation of the fee, as fees are calculated on an annualised basis as set out in the fees section of these General Terms.</w:t>
      </w:r>
    </w:p>
    <w:p w14:paraId="79446623" w14:textId="77777777" w:rsidR="00F301F4" w:rsidRDefault="00000000">
      <w:pPr>
        <w:pStyle w:val="Heading2"/>
      </w:pPr>
      <w:r>
        <w:t xml:space="preserve">Article 28. Attendance</w:t>
      </w:r>
    </w:p>
    <w:p w14:paraId="500F358A" w14:textId="77777777" w:rsidR="00F301F4" w:rsidRDefault="00000000">
      <w:pPr>
        <w:pStyle w:val="Heading3"/>
      </w:pPr>
      <w:r>
        <w:t xml:space="preserve">28.1. Regular attendance</w:t>
      </w:r>
    </w:p>
    <w:p w14:paraId="7285CD77" w14:textId="77777777" w:rsidR="00F301F4" w:rsidRDefault="00000000">
      <w:r>
        <w:t xml:space="preserve">The Family undertakes to ensure the Student attends the classes, activities and sessions of their group regularly.</w:t>
      </w:r>
    </w:p>
    <w:p w14:paraId="1228425F" w14:textId="77777777" w:rsidR="00F301F4" w:rsidRDefault="00000000">
      <w:r>
        <w:t xml:space="preserve">Regular attendance is essential for following the course properly, for the Student's academic progress and for the proper running of the group.</w:t>
      </w:r>
    </w:p>
    <w:p w14:paraId="2D86FEF8" w14:textId="77777777" w:rsidR="00F301F4" w:rsidRDefault="00000000">
      <w:pPr>
        <w:pStyle w:val="Heading3"/>
      </w:pPr>
      <w:r>
        <w:t xml:space="preserve">28.2. Absences</w:t>
      </w:r>
    </w:p>
    <w:p w14:paraId="2EF03C5F" w14:textId="77777777" w:rsidR="00F301F4" w:rsidRDefault="00000000">
      <w:r>
        <w:t xml:space="preserve">The Student's absences, whether justified or not, do not give the right to any refund, reduction or compensation of the fee.</w:t>
      </w:r>
    </w:p>
    <w:p w14:paraId="5148DEE7" w14:textId="77777777" w:rsidR="00F301F4" w:rsidRDefault="00000000">
      <w:r>
        <w:t xml:space="preserve">The fee is paid for the reservation of the Place and the continuous provision of the academic service, not for actual attendance at each individual class.</w:t>
      </w:r>
    </w:p>
    <w:p w14:paraId="739C2E50" w14:textId="77777777" w:rsidR="00F301F4" w:rsidRDefault="00000000">
      <w:pPr>
        <w:pStyle w:val="Heading3"/>
      </w:pPr>
      <w:r>
        <w:t xml:space="preserve">28.3. Notice of absences</w:t>
      </w:r>
    </w:p>
    <w:p w14:paraId="49A9B091" w14:textId="77777777" w:rsidR="00F301F4" w:rsidRDefault="00000000">
      <w:r>
        <w:t xml:space="preserve">Whenever possible, the Family must inform the Academy of the Student's expected absences, especially when they may continuously affect the Student's progress in the course.</w:t>
      </w:r>
    </w:p>
    <w:p w14:paraId="0DE78E1C" w14:textId="77777777" w:rsidR="00F301F4" w:rsidRDefault="00000000">
      <w:r>
        <w:t xml:space="preserve">Notifying an absence does not count as withdrawal and does not suspend the obligation to pay the corresponding fees.</w:t>
      </w:r>
    </w:p>
    <w:p w14:paraId="07437D13" w14:textId="77777777" w:rsidR="00F301F4" w:rsidRDefault="00000000">
      <w:pPr>
        <w:pStyle w:val="Heading2"/>
      </w:pPr>
      <w:r>
        <w:t xml:space="preserve">Article 29. Make-up classes</w:t>
      </w:r>
    </w:p>
    <w:p w14:paraId="4321FE85" w14:textId="77777777" w:rsidR="00F301F4" w:rsidRDefault="00000000">
      <w:pPr>
        <w:pStyle w:val="Heading3"/>
      </w:pPr>
      <w:r>
        <w:t xml:space="preserve">29.1. Student absences</w:t>
      </w:r>
    </w:p>
    <w:p w14:paraId="0A2E0C23" w14:textId="77777777" w:rsidR="00F301F4" w:rsidRDefault="00000000">
      <w:r>
        <w:t xml:space="preserve">The Academy is not obliged to make up classes the Student misses for personal, family, medical, school or work reasons, travel, extracurricular activities or other circumstances not attributable to the Academy.</w:t>
      </w:r>
    </w:p>
    <w:p w14:paraId="239449B2" w14:textId="77777777" w:rsidR="00F301F4" w:rsidRDefault="00000000">
      <w:r>
        <w:t xml:space="preserve">However, where possible and without any obligation to do so, the Academy may provide guidance, tasks, materials or recommendations to help the Student keep up with the course.</w:t>
      </w:r>
    </w:p>
    <w:p w14:paraId="0ADC073C" w14:textId="77777777" w:rsidR="00F301F4" w:rsidRDefault="00000000">
      <w:pPr>
        <w:pStyle w:val="Heading3"/>
      </w:pPr>
      <w:r>
        <w:t xml:space="preserve">29.2. Classes not held for reasons attributable to the Academy</w:t>
      </w:r>
    </w:p>
    <w:p w14:paraId="360E4CE8" w14:textId="77777777" w:rsidR="00F301F4" w:rsidRDefault="00000000">
      <w:r>
        <w:t xml:space="preserve">When a class cannot be held for reasons attributable to the Academy, the Academy may offer a suitable solution depending on the circumstances.</w:t>
      </w:r>
    </w:p>
    <w:p w14:paraId="5DA93E64" w14:textId="77777777" w:rsidR="00F301F4" w:rsidRDefault="00000000">
      <w:r>
        <w:t xml:space="preserve">This solution may include, among other options, making up the class, providing a substitute teacher, reorganising the session, carrying out alternative activities or any other measure that maintains the academic continuity of the course.</w:t>
      </w:r>
    </w:p>
    <w:p w14:paraId="40CB6190" w14:textId="77777777" w:rsidR="00F301F4" w:rsidRDefault="00000000">
      <w:pPr>
        <w:pStyle w:val="Heading3"/>
      </w:pPr>
      <w:r>
        <w:t xml:space="preserve">29.3. No individual make-up classes</w:t>
      </w:r>
    </w:p>
    <w:p w14:paraId="556AA5FB" w14:textId="77777777" w:rsidR="00F301F4" w:rsidRDefault="00000000">
      <w:r>
        <w:t xml:space="preserve">The Academy is not obliged to organise individual make-up classes when the Student cannot attend a scheduled class or make-up session for personal reasons or because of the Family's timetable.</w:t>
      </w:r>
    </w:p>
    <w:p w14:paraId="776E71C3" w14:textId="77777777" w:rsidR="00F301F4" w:rsidRDefault="00000000">
      <w:pPr>
        <w:pStyle w:val="Heading2"/>
      </w:pPr>
      <w:r>
        <w:t xml:space="preserve">Article 30. Class format</w:t>
      </w:r>
    </w:p>
    <w:p w14:paraId="630F2F0A" w14:textId="77777777" w:rsidR="00F301F4" w:rsidRDefault="00000000">
      <w:pPr>
        <w:pStyle w:val="Heading3"/>
      </w:pPr>
      <w:r>
        <w:t xml:space="preserve">30.1. In-person or online classes</w:t>
      </w:r>
    </w:p>
    <w:p w14:paraId="588C6D5F" w14:textId="77777777" w:rsidR="00F301F4" w:rsidRDefault="00000000">
      <w:r>
        <w:t xml:space="preserve">Classes may be held in person, online or in a blended format, depending on the course, group, service contracted or the Academy's organisational circumstances.</w:t>
      </w:r>
    </w:p>
    <w:p w14:paraId="1E4CAE14" w14:textId="77777777" w:rsidR="00F301F4" w:rsidRDefault="00000000">
      <w:r>
        <w:t xml:space="preserve">The Academy will communicate the applicable format in each case.</w:t>
      </w:r>
    </w:p>
    <w:p w14:paraId="7EBF0390" w14:textId="77777777" w:rsidR="00F301F4" w:rsidRDefault="00000000">
      <w:pPr>
        <w:pStyle w:val="Heading3"/>
      </w:pPr>
      <w:r>
        <w:t xml:space="preserve">30.2. Temporary changes of format</w:t>
      </w:r>
    </w:p>
    <w:p w14:paraId="00F8A467" w14:textId="77777777" w:rsidR="00F301F4" w:rsidRDefault="00000000">
      <w:r>
        <w:t xml:space="preserve">The Academy may temporarily change the class format when organisational, technical, health or weather-related reasons, force majeure or any other circumstances prevent or reasonably hinder the normal running of in-person classes.</w:t>
      </w:r>
    </w:p>
    <w:p w14:paraId="5DC7A4E9" w14:textId="77777777" w:rsidR="00F301F4" w:rsidRDefault="00000000">
      <w:r>
        <w:t xml:space="preserve">In such cases, classes held online or by alternative means are fully valid academically and do not give the right to a refund or reduction of the fee.</w:t>
      </w:r>
    </w:p>
    <w:p w14:paraId="4F0E5FE7" w14:textId="77777777" w:rsidR="00F301F4" w:rsidRDefault="00000000">
      <w:pPr>
        <w:pStyle w:val="Heading3"/>
      </w:pPr>
      <w:r>
        <w:t xml:space="preserve">30.3. Technical equipment for online classes</w:t>
      </w:r>
    </w:p>
    <w:p w14:paraId="7581FD60" w14:textId="77777777" w:rsidR="00F301F4" w:rsidRDefault="00000000">
      <w:r>
        <w:t xml:space="preserve">When classes are held online, the Family is responsible for ensuring the Student has the technical equipment needed to connect properly, including a suitable device, internet connection, camera, microphone and an appropriate environment for following the class.</w:t>
      </w:r>
    </w:p>
    <w:p w14:paraId="16E251A0" w14:textId="77777777" w:rsidR="00F301F4" w:rsidRDefault="00000000">
      <w:r>
        <w:t xml:space="preserve">The Academy is not responsible for technical issues attributable to the Student, the Family, their devices, their internet connection or external platforms outside the Academy's control.</w:t>
      </w:r>
    </w:p>
    <w:p w14:paraId="03622372" w14:textId="77777777" w:rsidR="00F301F4" w:rsidRDefault="00000000">
      <w:pPr>
        <w:pStyle w:val="Heading2"/>
      </w:pPr>
      <w:r>
        <w:t xml:space="preserve">Article 31. Materials and academic monitoring</w:t>
      </w:r>
    </w:p>
    <w:p w14:paraId="66F6885B" w14:textId="77777777" w:rsidR="00F301F4" w:rsidRDefault="00000000">
      <w:pPr>
        <w:pStyle w:val="Heading3"/>
      </w:pPr>
      <w:r>
        <w:t xml:space="preserve">31.1. Class materials</w:t>
      </w:r>
    </w:p>
    <w:p w14:paraId="1AD9F0E4" w14:textId="77777777" w:rsidR="00F301F4" w:rsidRDefault="00000000">
      <w:r>
        <w:t xml:space="preserve">The Academy may use books, its own materials, digital resources, complementary activities, online platforms or other teaching resources it considers suitable for the course.</w:t>
      </w:r>
    </w:p>
    <w:p w14:paraId="35FB0889" w14:textId="77777777" w:rsidR="00F301F4" w:rsidRDefault="00000000">
      <w:r>
        <w:t xml:space="preserve">The choice of materials is the responsibility of the Academy, taking into account the level, age, academic goals and needs of the group.</w:t>
      </w:r>
    </w:p>
    <w:p w14:paraId="7A8341F6" w14:textId="77777777" w:rsidR="00F301F4" w:rsidRDefault="00000000">
      <w:pPr>
        <w:pStyle w:val="Heading3"/>
      </w:pPr>
      <w:r>
        <w:t xml:space="preserve">31.2. Bringing materials to class</w:t>
      </w:r>
    </w:p>
    <w:p w14:paraId="1886848A" w14:textId="77777777" w:rsidR="00F301F4" w:rsidRDefault="00000000">
      <w:r>
        <w:t xml:space="preserve">The Student must come to class with the materials needed to follow the sessions properly.</w:t>
      </w:r>
    </w:p>
    <w:p w14:paraId="7B975382" w14:textId="77777777" w:rsidR="00F301F4" w:rsidRDefault="00000000">
      <w:r>
        <w:t xml:space="preserve">Repeatedly forgetting materials may affect the Student's progress and will be reported to the Family when the Academy considers it necessary.</w:t>
      </w:r>
    </w:p>
    <w:p w14:paraId="776B96F6" w14:textId="77777777" w:rsidR="00F301F4" w:rsidRDefault="00000000">
      <w:pPr>
        <w:pStyle w:val="Heading3"/>
      </w:pPr>
      <w:r>
        <w:t xml:space="preserve">31.3. Academic monitoring</w:t>
      </w:r>
    </w:p>
    <w:p w14:paraId="758B5B91" w14:textId="77777777" w:rsidR="00F301F4" w:rsidRDefault="00000000">
      <w:r>
        <w:t xml:space="preserve">The Academy will monitor the Student's academic progress in accordance with its internal methodology, and may assess attendance, participation, progress, attitude, completion of tasks, progress in class and preparation for tests or exams.</w:t>
      </w:r>
    </w:p>
    <w:p w14:paraId="7E44C1C8" w14:textId="77777777" w:rsidR="00F301F4" w:rsidRDefault="00000000">
      <w:r>
        <w:t xml:space="preserve">The Academy may inform the Family of the Student's progress when it considers it appropriate or when there is a relevant circumstance that should be passed on.</w:t>
      </w:r>
    </w:p>
    <w:p w14:paraId="2ECB1C74" w14:textId="77777777" w:rsidR="00F301F4" w:rsidRDefault="00000000">
      <w:pPr>
        <w:pStyle w:val="Heading2"/>
      </w:pPr>
      <w:r>
        <w:t xml:space="preserve">Article 32. Homework and work outside class</w:t>
      </w:r>
    </w:p>
    <w:p w14:paraId="410F5F4A" w14:textId="77777777" w:rsidR="00F301F4" w:rsidRDefault="00000000">
      <w:pPr>
        <w:pStyle w:val="Heading3"/>
      </w:pPr>
      <w:r>
        <w:t xml:space="preserve">32.1. Purpose of homework</w:t>
      </w:r>
    </w:p>
    <w:p w14:paraId="05C768DC" w14:textId="77777777" w:rsidR="00F301F4" w:rsidRDefault="00000000">
      <w:r>
        <w:t xml:space="preserve">The Academy may set tasks, exercises, study, speaking practice, compositions, revision activities or other work outside class to reinforce the content covered in class and support the Student's progress.</w:t>
      </w:r>
    </w:p>
    <w:p w14:paraId="4E0E84A1" w14:textId="77777777" w:rsidR="00F301F4" w:rsidRDefault="00000000">
      <w:pPr>
        <w:pStyle w:val="Heading3"/>
      </w:pPr>
      <w:r>
        <w:t xml:space="preserve">32.2. Responsibility of the Student and the Family</w:t>
      </w:r>
    </w:p>
    <w:p w14:paraId="1E0303FC" w14:textId="77777777" w:rsidR="00F301F4" w:rsidRDefault="00000000">
      <w:r>
        <w:t xml:space="preserve">The Student must complete the tasks set with the regularity and commitment needed to get the most out of the course.</w:t>
      </w:r>
    </w:p>
    <w:p w14:paraId="74BC98CF" w14:textId="77777777" w:rsidR="00F301F4" w:rsidRDefault="00000000">
      <w:r>
        <w:t xml:space="preserve">For Students who are minors, the Family must help, as far as possible, to create study habits and to follow the academic guidance communicated by the Academy.</w:t>
      </w:r>
    </w:p>
    <w:p w14:paraId="023F3B3C" w14:textId="77777777" w:rsidR="00F301F4" w:rsidRDefault="00000000">
      <w:pPr>
        <w:pStyle w:val="Heading3"/>
      </w:pPr>
      <w:r>
        <w:t xml:space="preserve">32.3. Academic consequences</w:t>
      </w:r>
    </w:p>
    <w:p w14:paraId="4ED00DFD" w14:textId="77777777" w:rsidR="00F301F4" w:rsidRDefault="00000000">
      <w:r>
        <w:t xml:space="preserve">Repeatedly failing to complete tasks, study or do personal work may negatively affect the Student's progress and their preparation for the course goals or for official exams.</w:t>
      </w:r>
    </w:p>
    <w:p w14:paraId="1EB58EA9" w14:textId="77777777" w:rsidR="00F301F4" w:rsidRDefault="00000000">
      <w:r>
        <w:t xml:space="preserve">The Academy is not responsible for a lack of academic progress resulting from irregular attendance, lack of personal work, lack of study or failure to follow the academic guidance provided.</w:t>
      </w:r>
    </w:p>
    <w:p w14:paraId="362EBB84" w14:textId="77777777" w:rsidR="00F301F4" w:rsidRDefault="00000000">
      <w:pPr>
        <w:pStyle w:val="Heading2"/>
      </w:pPr>
      <w:r>
        <w:t xml:space="preserve">Article 33. Assessment, progress and academic goals</w:t>
      </w:r>
    </w:p>
    <w:p w14:paraId="39DC93CA" w14:textId="77777777" w:rsidR="00F301F4" w:rsidRDefault="00000000">
      <w:pPr>
        <w:pStyle w:val="Heading3"/>
      </w:pPr>
      <w:r>
        <w:t xml:space="preserve">33.1. Continuous assessment</w:t>
      </w:r>
    </w:p>
    <w:p w14:paraId="5E1E883E" w14:textId="77777777" w:rsidR="00F301F4" w:rsidRDefault="00000000">
      <w:r>
        <w:t xml:space="preserve">The Academy may continuously assess the Student's progress through observation in class, activities, tasks, internal tests, mock exams, speaking, written work or other teaching tools it considers appropriate.</w:t>
      </w:r>
    </w:p>
    <w:p w14:paraId="545DA6E3" w14:textId="77777777" w:rsidR="00F301F4" w:rsidRDefault="00000000">
      <w:pPr>
        <w:pStyle w:val="Heading3"/>
      </w:pPr>
      <w:r>
        <w:t xml:space="preserve">33.2. No guarantee of results</w:t>
      </w:r>
    </w:p>
    <w:p w14:paraId="27D82FAD" w14:textId="77777777" w:rsidR="00F301F4" w:rsidRDefault="00000000">
      <w:r>
        <w:t xml:space="preserve">The Academy undertakes to provide the educational service with professional diligence, using the teaching methods it considers appropriate to support the Student's progress.</w:t>
      </w:r>
    </w:p>
    <w:p w14:paraId="2BA9D831" w14:textId="77777777" w:rsidR="00F301F4" w:rsidRDefault="00000000">
      <w:r>
        <w:t xml:space="preserve">However, the Academy does not guarantee that the Student will reach a particular level, grade, certificate or academic result, or pass official exams, as these results also depend on the Student's attendance, effort, study, participation, individual progress and personal circumstances.</w:t>
      </w:r>
    </w:p>
    <w:p w14:paraId="2DD78933" w14:textId="77777777" w:rsidR="00F301F4" w:rsidRDefault="00000000">
      <w:pPr>
        <w:pStyle w:val="Heading3"/>
      </w:pPr>
      <w:r>
        <w:t xml:space="preserve">33.3. Academic recommendations</w:t>
      </w:r>
    </w:p>
    <w:p w14:paraId="40B72240" w14:textId="77777777" w:rsidR="00F301F4" w:rsidRDefault="00000000">
      <w:r>
        <w:t xml:space="preserve">The Academy may make academic recommendations about the level, group, format, pace of learning, whether it is advisable to sit official exams or whether extra support is needed.</w:t>
      </w:r>
    </w:p>
    <w:p w14:paraId="4CA9B7FB" w14:textId="77777777" w:rsidR="00F301F4" w:rsidRDefault="00000000">
      <w:r>
        <w:t xml:space="preserve">These recommendations are educational in nature and are based on the Academy's professional judgement.</w:t>
      </w:r>
    </w:p>
    <w:p w14:paraId="26040402" w14:textId="77777777" w:rsidR="00F301F4" w:rsidRDefault="00000000">
      <w:pPr>
        <w:pStyle w:val="Heading1"/>
      </w:pPr>
      <w:r>
        <w:t xml:space="preserve">CHAPTER V. RULES OF CONDUCT, COEXISTENCE AND USE OF THE PREMISES</w:t>
      </w:r>
    </w:p>
    <w:p w14:paraId="031A82D1" w14:textId="77777777" w:rsidR="00F301F4" w:rsidRDefault="00000000">
      <w:pPr>
        <w:pStyle w:val="Heading2"/>
      </w:pPr>
      <w:r>
        <w:t xml:space="preserve">Article 34. General rules of conduct</w:t>
      </w:r>
    </w:p>
    <w:p w14:paraId="2B194758" w14:textId="77777777" w:rsidR="00F301F4" w:rsidRDefault="00000000">
      <w:pPr>
        <w:pStyle w:val="Heading3"/>
      </w:pPr>
      <w:r>
        <w:t xml:space="preserve">34.1. Appropriate behaviour</w:t>
      </w:r>
    </w:p>
    <w:p w14:paraId="03D2D663" w14:textId="77777777" w:rsidR="00F301F4" w:rsidRDefault="00000000">
      <w:r>
        <w:t xml:space="preserve">The Student must behave appropriately and respectfully at all times, in a way that is compatible with the proper running of classes, getting along with other Students and the general functioning of the Academy.</w:t>
      </w:r>
    </w:p>
    <w:p w14:paraId="4A774F28" w14:textId="77777777" w:rsidR="00F301F4" w:rsidRDefault="00000000">
      <w:r>
        <w:t xml:space="preserve">The Family undertakes to work with the Academy to encourage the Student's respect, responsibility, punctuality, effort and participation.</w:t>
      </w:r>
    </w:p>
    <w:p w14:paraId="5E249E67" w14:textId="77777777" w:rsidR="00F301F4" w:rsidRDefault="00000000">
      <w:pPr>
        <w:pStyle w:val="Heading3"/>
      </w:pPr>
      <w:r>
        <w:t xml:space="preserve">34.2. Respect for teachers, classmates and Academy staff</w:t>
      </w:r>
    </w:p>
    <w:p w14:paraId="3DDDAC56" w14:textId="77777777" w:rsidR="00F301F4" w:rsidRDefault="00000000">
      <w:r>
        <w:t xml:space="preserve">The Student must treat teachers, Academy staff, classmates and anyone else present at the Academy with respect.</w:t>
      </w:r>
    </w:p>
    <w:p w14:paraId="7C292DB0" w14:textId="77777777" w:rsidR="00F301F4" w:rsidRDefault="00000000">
      <w:r>
        <w:t xml:space="preserve">Offensive, intimidating, aggressive, discriminatory, humiliating or threatening behaviour, or any behaviour contrary to peaceful coexistence, will not be tolerated, whether verbal, written, through gestures, through digital media or by any other means.</w:t>
      </w:r>
    </w:p>
    <w:p w14:paraId="52CABFF5" w14:textId="77777777" w:rsidR="00F301F4" w:rsidRDefault="00000000">
      <w:pPr>
        <w:pStyle w:val="Heading3"/>
      </w:pPr>
      <w:r>
        <w:t xml:space="preserve">34.3. Respect for the running of the class</w:t>
      </w:r>
    </w:p>
    <w:p w14:paraId="47330022" w14:textId="77777777" w:rsidR="00F301F4" w:rsidRDefault="00000000">
      <w:r>
        <w:t xml:space="preserve">The Student must follow the teachers' instructions and avoid any behaviour that interrupts, hinders or harms the normal running of the class.</w:t>
      </w:r>
    </w:p>
    <w:p w14:paraId="0A98E1EF" w14:textId="77777777" w:rsidR="00F301F4" w:rsidRDefault="00000000">
      <w:r>
        <w:t xml:space="preserve">The Academy may take the measures necessary to ensure a suitable learning environment for the whole group.</w:t>
      </w:r>
    </w:p>
    <w:p w14:paraId="26204F8A" w14:textId="77777777" w:rsidR="00F301F4" w:rsidRDefault="00000000">
      <w:pPr>
        <w:pStyle w:val="Heading2"/>
      </w:pPr>
      <w:r>
        <w:t xml:space="preserve">Article 35. Punctuality, arrivals and departures</w:t>
      </w:r>
    </w:p>
    <w:p w14:paraId="40982013" w14:textId="77777777" w:rsidR="00F301F4" w:rsidRDefault="00000000">
      <w:pPr>
        <w:pStyle w:val="Heading3"/>
      </w:pPr>
      <w:r>
        <w:t xml:space="preserve">35.1. Punctuality</w:t>
      </w:r>
    </w:p>
    <w:p w14:paraId="2713428F" w14:textId="77777777" w:rsidR="00F301F4" w:rsidRDefault="00000000">
      <w:r>
        <w:t xml:space="preserve">The Student must arrive on time for classes at the assigned time.</w:t>
      </w:r>
    </w:p>
    <w:p w14:paraId="28ED30A2" w14:textId="77777777" w:rsidR="00F301F4" w:rsidRDefault="00000000">
      <w:r>
        <w:t xml:space="preserve">Punctuality is necessary to avoid interruptions, make the most of each session and respect the running of the group.</w:t>
      </w:r>
    </w:p>
    <w:p w14:paraId="2E6F71AC" w14:textId="77777777" w:rsidR="00F301F4" w:rsidRDefault="00000000">
      <w:pPr>
        <w:pStyle w:val="Heading3"/>
      </w:pPr>
      <w:r>
        <w:t xml:space="preserve">35.2. Arriving at and leaving the Academy</w:t>
      </w:r>
    </w:p>
    <w:p w14:paraId="04689D84" w14:textId="77777777" w:rsidR="00F301F4" w:rsidRDefault="00000000">
      <w:r>
        <w:t xml:space="preserve">Students must arrive and leave in accordance with the organisational instructions set by the Academy.</w:t>
      </w:r>
    </w:p>
    <w:p w14:paraId="3C6F961D" w14:textId="77777777" w:rsidR="00F301F4" w:rsidRDefault="00000000">
      <w:r>
        <w:t xml:space="preserve">The Family is responsible for respecting drop-off and pick-up times, especially for Students who are minors.</w:t>
      </w:r>
    </w:p>
    <w:p w14:paraId="1FDEA31D" w14:textId="77777777" w:rsidR="00F301F4" w:rsidRDefault="00000000">
      <w:pPr>
        <w:pStyle w:val="Heading3"/>
      </w:pPr>
      <w:r>
        <w:t xml:space="preserve">35.3. Late pick-up</w:t>
      </w:r>
    </w:p>
    <w:p w14:paraId="3B245B70" w14:textId="77777777" w:rsidR="00F301F4" w:rsidRDefault="00000000">
      <w:r>
        <w:t xml:space="preserve">For Students who are minors, the Family must collect the Student at the end of the class or at the time previously agreed with the Academy.</w:t>
      </w:r>
    </w:p>
    <w:p w14:paraId="7CD4B199" w14:textId="77777777" w:rsidR="00F301F4" w:rsidRDefault="00000000">
      <w:r>
        <w:t xml:space="preserve">The Academy does not provide supervision outside the contracted class time. Repeated late pick-ups may be reported to the Family and may lead the Academy to take organisational measures.</w:t>
      </w:r>
    </w:p>
    <w:p w14:paraId="06AE3997" w14:textId="77777777" w:rsidR="00F301F4" w:rsidRDefault="00000000">
      <w:pPr>
        <w:pStyle w:val="Heading3"/>
      </w:pPr>
      <w:r>
        <w:t xml:space="preserve">35.4. Students leaving on their own</w:t>
      </w:r>
    </w:p>
    <w:p w14:paraId="64E404D5" w14:textId="77777777" w:rsidR="00F301F4" w:rsidRDefault="00000000">
      <w:r>
        <w:t xml:space="preserve">When the Family authorises a Student who is a minor to leave the Academy without an adult, this authorisation must be expressly given to the Academy in writing.</w:t>
      </w:r>
    </w:p>
    <w:p w14:paraId="1A9A5B50" w14:textId="77777777" w:rsidR="00F301F4" w:rsidRDefault="00000000">
      <w:r>
        <w:t xml:space="preserve">The Academy is not responsible for anything that may happen once the Student has left the Academy in accordance with the authorisation given by the Family.</w:t>
      </w:r>
    </w:p>
    <w:p w14:paraId="2EADD02C" w14:textId="77777777" w:rsidR="00F301F4" w:rsidRDefault="00000000">
      <w:pPr>
        <w:pStyle w:val="Heading2"/>
      </w:pPr>
      <w:r>
        <w:t xml:space="preserve">Article 36. Use of premises, furniture and materials</w:t>
      </w:r>
    </w:p>
    <w:p w14:paraId="5D180618" w14:textId="77777777" w:rsidR="00F301F4" w:rsidRDefault="00000000">
      <w:pPr>
        <w:pStyle w:val="Heading3"/>
      </w:pPr>
      <w:r>
        <w:t xml:space="preserve">36.1. Proper use</w:t>
      </w:r>
    </w:p>
    <w:p w14:paraId="7DAEA5F3" w14:textId="77777777" w:rsidR="00F301F4" w:rsidRDefault="00000000">
      <w:r>
        <w:t xml:space="preserve">The Student must make proper and responsible use of the premises, furniture, equipment, materials, books, technological resources and other items provided by the Academy.</w:t>
      </w:r>
    </w:p>
    <w:p w14:paraId="30215650" w14:textId="77777777" w:rsidR="00F301F4" w:rsidRDefault="00000000">
      <w:r>
        <w:t xml:space="preserve">The Family is liable for any damage caused by the Student resulting from improper, negligent or intentional use or use contrary to the Academy's rules.</w:t>
      </w:r>
    </w:p>
    <w:p w14:paraId="09F8F86F" w14:textId="77777777" w:rsidR="00F301F4" w:rsidRDefault="00000000">
      <w:pPr>
        <w:pStyle w:val="Heading3"/>
      </w:pPr>
      <w:r>
        <w:t xml:space="preserve">36.2. Damage to premises or materials</w:t>
      </w:r>
    </w:p>
    <w:p w14:paraId="2F5F64BC" w14:textId="77777777" w:rsidR="00F301F4" w:rsidRDefault="00000000">
      <w:r>
        <w:t xml:space="preserve">In the event of damage, breakage, loss or deterioration of the Academy's property attributable to the Student, the Family must pay the corresponding cost of repair or replacement.</w:t>
      </w:r>
    </w:p>
    <w:p w14:paraId="79A852CA" w14:textId="77777777" w:rsidR="00F301F4" w:rsidRDefault="00000000">
      <w:r>
        <w:t xml:space="preserve">The Academy may inform the Family of the corresponding amount once the damage has been assessed.</w:t>
      </w:r>
    </w:p>
    <w:p w14:paraId="497D0F0F" w14:textId="77777777" w:rsidR="00F301F4" w:rsidRDefault="00000000">
      <w:pPr>
        <w:pStyle w:val="Heading3"/>
      </w:pPr>
      <w:r>
        <w:t xml:space="preserve">36.3. No unauthorised use</w:t>
      </w:r>
    </w:p>
    <w:p w14:paraId="5DB7A011" w14:textId="77777777" w:rsidR="00F301F4" w:rsidRDefault="00000000">
      <w:r>
        <w:t xml:space="preserve">Using, handling, removing, photographing, copying or distributing the Academy's materials, resources, equipment, internal documents or other items without express authorisation is not permitted.</w:t>
      </w:r>
    </w:p>
    <w:p w14:paraId="6884A269" w14:textId="77777777" w:rsidR="00F301F4" w:rsidRDefault="00000000">
      <w:r>
        <w:t xml:space="preserve">This applies to both physical and digital materials.</w:t>
      </w:r>
    </w:p>
    <w:p w14:paraId="4357881C" w14:textId="77777777" w:rsidR="00F301F4" w:rsidRDefault="00000000">
      <w:pPr>
        <w:pStyle w:val="Heading2"/>
      </w:pPr>
      <w:r>
        <w:t xml:space="preserve">Article 37. Students' personal belongings</w:t>
      </w:r>
    </w:p>
    <w:p w14:paraId="100D7E94" w14:textId="77777777" w:rsidR="00F301F4" w:rsidRDefault="00000000">
      <w:pPr>
        <w:pStyle w:val="Heading3"/>
      </w:pPr>
      <w:r>
        <w:t xml:space="preserve">37.1. Responsibility for personal belongings</w:t>
      </w:r>
    </w:p>
    <w:p w14:paraId="70BDB686" w14:textId="77777777" w:rsidR="00F301F4" w:rsidRDefault="00000000">
      <w:r>
        <w:t xml:space="preserve">Students are responsible for their personal belongings, including bags, books, electronic devices, clothing, money, accessories and any other items they bring to the Academy.</w:t>
      </w:r>
    </w:p>
    <w:p w14:paraId="39102CD0" w14:textId="77777777" w:rsidR="00F301F4" w:rsidRDefault="00000000">
      <w:r>
        <w:t xml:space="preserve">The Academy is not responsible for the loss, theft, deterioration or damage of Students' personal belongings, except where required by law.</w:t>
      </w:r>
    </w:p>
    <w:p w14:paraId="3C940466" w14:textId="77777777" w:rsidR="00F301F4" w:rsidRDefault="00000000">
      <w:pPr>
        <w:pStyle w:val="Heading3"/>
      </w:pPr>
      <w:r>
        <w:t xml:space="preserve">37.2. Items not needed for class</w:t>
      </w:r>
    </w:p>
    <w:p w14:paraId="157998EB" w14:textId="77777777" w:rsidR="00F301F4" w:rsidRDefault="00000000">
      <w:r>
        <w:t xml:space="preserve">The Academy may recommend that Students do not bring valuables, toys, electronic devices or other items not needed for class.</w:t>
      </w:r>
    </w:p>
    <w:p w14:paraId="74EC3D5E" w14:textId="77777777" w:rsidR="00F301F4" w:rsidRDefault="00000000">
      <w:r>
        <w:t xml:space="preserve">When such items interfere with the class, teachers may ask the Student to put them away during the session.</w:t>
      </w:r>
    </w:p>
    <w:p w14:paraId="25FB42B9" w14:textId="77777777" w:rsidR="00F301F4" w:rsidRDefault="00000000">
      <w:pPr>
        <w:pStyle w:val="Heading3"/>
      </w:pPr>
      <w:r>
        <w:t xml:space="preserve">37.3. Lost property</w:t>
      </w:r>
    </w:p>
    <w:p w14:paraId="333B8B8C" w14:textId="77777777" w:rsidR="00F301F4" w:rsidRDefault="00000000">
      <w:r>
        <w:t xml:space="preserve">The Academy may temporarily keep lost items found on the premises, but does not accept indefinite responsibility for them.</w:t>
      </w:r>
    </w:p>
    <w:p w14:paraId="0E65599F" w14:textId="77777777" w:rsidR="00F301F4" w:rsidRDefault="00000000">
      <w:r>
        <w:t xml:space="preserve">After a reasonable period without being claimed, the Academy may dispose of these items in accordance with its internal organisational criteria.</w:t>
      </w:r>
    </w:p>
    <w:p w14:paraId="612BE17B" w14:textId="77777777" w:rsidR="00F301F4" w:rsidRDefault="00000000">
      <w:pPr>
        <w:pStyle w:val="Heading2"/>
      </w:pPr>
      <w:r>
        <w:t xml:space="preserve">Article 38. Electronic devices</w:t>
      </w:r>
    </w:p>
    <w:p w14:paraId="6B7618C7" w14:textId="77777777" w:rsidR="00F301F4" w:rsidRDefault="00000000">
      <w:pPr>
        <w:pStyle w:val="Heading3"/>
      </w:pPr>
      <w:r>
        <w:t xml:space="preserve">38.1. Use during class</w:t>
      </w:r>
    </w:p>
    <w:p w14:paraId="2CA1761E" w14:textId="77777777" w:rsidR="00F301F4" w:rsidRDefault="00000000">
      <w:r>
        <w:t xml:space="preserve">The use of mobile phones, smartwatches, tablets, headphones or other electronic devices during class is not permitted unless expressly authorised by the teacher or when they are part of an academic activity.</w:t>
      </w:r>
    </w:p>
    <w:p w14:paraId="493D1F0F" w14:textId="77777777" w:rsidR="00F301F4" w:rsidRDefault="00000000">
      <w:r>
        <w:t xml:space="preserve">Students must keep these devices put away and on silent during the session.</w:t>
      </w:r>
    </w:p>
    <w:p w14:paraId="48DD6B33" w14:textId="77777777" w:rsidR="00F301F4" w:rsidRDefault="00000000">
      <w:pPr>
        <w:pStyle w:val="Heading3"/>
      </w:pPr>
      <w:r>
        <w:t xml:space="preserve">38.2. Improper use</w:t>
      </w:r>
    </w:p>
    <w:p w14:paraId="71665AD1" w14:textId="77777777" w:rsidR="00F301F4" w:rsidRDefault="00000000">
      <w:r>
        <w:t xml:space="preserve">Using electronic devices to record, take photos, share content, interrupt the class, disturb other Students or engage in any other behaviour contrary to peaceful coexistence may lead to measures being taken by the Academy.</w:t>
      </w:r>
    </w:p>
    <w:p w14:paraId="7EB6F537" w14:textId="77777777" w:rsidR="00F301F4" w:rsidRDefault="00000000">
      <w:r>
        <w:t xml:space="preserve">Recording images, voices or conversations inside the Academy without the prior express authorisation of the people concerned and of the Academy is expressly prohibited.</w:t>
      </w:r>
    </w:p>
    <w:p w14:paraId="4BEA3165" w14:textId="77777777" w:rsidR="00F301F4" w:rsidRDefault="00000000">
      <w:pPr>
        <w:pStyle w:val="Heading3"/>
      </w:pPr>
      <w:r>
        <w:t xml:space="preserve">38.3. Responsibility</w:t>
      </w:r>
    </w:p>
    <w:p w14:paraId="7275D79D" w14:textId="77777777" w:rsidR="00F301F4" w:rsidRDefault="00000000">
      <w:r>
        <w:t xml:space="preserve">The Family is responsible for the Student's use of their electronic devices on the premises and for any consequences arising from their improper use.</w:t>
      </w:r>
    </w:p>
    <w:p w14:paraId="2DDD9FC4" w14:textId="77777777" w:rsidR="00F301F4" w:rsidRDefault="00000000">
      <w:pPr>
        <w:pStyle w:val="Heading2"/>
      </w:pPr>
      <w:r>
        <w:t xml:space="preserve">Article 39. Measures in response to inappropriate behaviour</w:t>
      </w:r>
    </w:p>
    <w:p w14:paraId="2A46F440" w14:textId="77777777" w:rsidR="00F301F4" w:rsidRDefault="00000000">
      <w:pPr>
        <w:pStyle w:val="Heading3"/>
      </w:pPr>
      <w:r>
        <w:t xml:space="preserve">39.1. Teacher intervention</w:t>
      </w:r>
    </w:p>
    <w:p w14:paraId="7F15111D" w14:textId="77777777" w:rsidR="00F301F4" w:rsidRDefault="00000000">
      <w:r>
        <w:t xml:space="preserve">When a Student behaves inappropriately, disruptively or contrary to the rules of coexistence, the teacher may intervene to redirect the situation and ensure the class runs properly.</w:t>
      </w:r>
    </w:p>
    <w:p w14:paraId="663E8BE1" w14:textId="77777777" w:rsidR="00F301F4" w:rsidRDefault="00000000">
      <w:r>
        <w:t xml:space="preserve">This intervention may include verbal warnings, moving the Student to another seat, temporarily removing distracting items, informing the Family or other measures proportionate to the situation.</w:t>
      </w:r>
    </w:p>
    <w:p w14:paraId="08892ACE" w14:textId="77777777" w:rsidR="00F301F4" w:rsidRDefault="00000000">
      <w:pPr>
        <w:pStyle w:val="Heading3"/>
      </w:pPr>
      <w:r>
        <w:t xml:space="preserve">39.2. Informing the Family</w:t>
      </w:r>
    </w:p>
    <w:p w14:paraId="113BE22D" w14:textId="77777777" w:rsidR="00F301F4" w:rsidRDefault="00000000">
      <w:r>
        <w:t xml:space="preserve">The Academy may inform the Family of behaviour that affects the running of the class, coexistence, the Student's academic progress or the wellbeing of other Students.</w:t>
      </w:r>
    </w:p>
    <w:p w14:paraId="41609ACF" w14:textId="77777777" w:rsidR="00F301F4" w:rsidRDefault="00000000">
      <w:r>
        <w:t xml:space="preserve">The Family undertakes to work with the Academy to correct such behaviour and support a suitable learning environment.</w:t>
      </w:r>
    </w:p>
    <w:p w14:paraId="321FD576" w14:textId="77777777" w:rsidR="00F301F4" w:rsidRDefault="00000000">
      <w:pPr>
        <w:pStyle w:val="Heading3"/>
      </w:pPr>
      <w:r>
        <w:t xml:space="preserve">39.3. Organisational measures</w:t>
      </w:r>
    </w:p>
    <w:p w14:paraId="0A4CD6AE" w14:textId="77777777" w:rsidR="00F301F4" w:rsidRDefault="00000000">
      <w:r>
        <w:t xml:space="preserve">In the case of repeated or serious behaviour, or behaviour incompatible with the running of the group, the Academy may take proportionate organisational measures, including changing the Student's group, limiting participation in certain activities, temporarily suspending attendance or, in serious cases, cancelling the Student's Place.</w:t>
      </w:r>
    </w:p>
    <w:p w14:paraId="40D47746" w14:textId="77777777" w:rsidR="00F301F4" w:rsidRDefault="00000000">
      <w:r>
        <w:t xml:space="preserve">These measures do not give the right to a refund of amounts already paid when the measure results from behaviour attributable to the Student.</w:t>
      </w:r>
    </w:p>
    <w:p w14:paraId="31F09CC3" w14:textId="77777777" w:rsidR="00F301F4" w:rsidRDefault="00000000">
      <w:pPr>
        <w:pStyle w:val="Heading2"/>
      </w:pPr>
      <w:r>
        <w:t xml:space="preserve">Article 40. Serious behaviour or behaviour incompatible with remaining at the Academy</w:t>
      </w:r>
    </w:p>
    <w:p w14:paraId="76BAA0A1" w14:textId="77777777" w:rsidR="00F301F4" w:rsidRDefault="00000000">
      <w:pPr>
        <w:pStyle w:val="Heading3"/>
      </w:pPr>
      <w:r>
        <w:t xml:space="preserve">40.1. Serious behaviour</w:t>
      </w:r>
    </w:p>
    <w:p w14:paraId="70B13EBD" w14:textId="77777777" w:rsidR="00F301F4" w:rsidRDefault="00000000">
      <w:r>
        <w:t xml:space="preserve">Serious behaviour includes, among other things, physical or verbal aggression, threats, serious insults, harassment, discrimination, intentional damage, unauthorised recordings, sharing images or content without consent, serious disobedience, behaviour that puts the Student's own or others' safety at risk, or any action that seriously disrupts coexistence or the functioning of the Academy.</w:t>
      </w:r>
    </w:p>
    <w:p w14:paraId="5AC0DB69" w14:textId="77777777" w:rsidR="00F301F4" w:rsidRDefault="00000000">
      <w:pPr>
        <w:pStyle w:val="Heading3"/>
      </w:pPr>
      <w:r>
        <w:t xml:space="preserve">40.2. Measures in response to serious behaviour</w:t>
      </w:r>
    </w:p>
    <w:p w14:paraId="33AE23A3" w14:textId="77777777" w:rsidR="00F301F4" w:rsidRDefault="00000000">
      <w:r>
        <w:t xml:space="preserve">In response to serious behaviour, the Academy may immediately take the measures necessary to protect other Students, teachers, staff and the proper running of academic activity.</w:t>
      </w:r>
    </w:p>
    <w:p w14:paraId="3A99EB8C" w14:textId="77777777" w:rsidR="00F301F4" w:rsidRDefault="00000000">
      <w:r>
        <w:t xml:space="preserve">These measures may include temporarily removing the Student from the activity, informing the Family immediately, requiring the Student to be collected, temporarily suspending attendance or permanently cancelling the Place.</w:t>
      </w:r>
    </w:p>
    <w:p w14:paraId="3DEE30B4" w14:textId="77777777" w:rsidR="00F301F4" w:rsidRDefault="00000000">
      <w:pPr>
        <w:pStyle w:val="Heading3"/>
      </w:pPr>
      <w:r>
        <w:t xml:space="preserve">40.3. Cancellation of the Place for disciplinary reasons</w:t>
      </w:r>
    </w:p>
    <w:p w14:paraId="75CF30DF" w14:textId="77777777" w:rsidR="00F301F4" w:rsidRDefault="00000000">
      <w:r>
        <w:t xml:space="preserve">The Academy may cancel the Student's Place when their behaviour, or the Family's lack of cooperation in response to it, is incompatible with the Student remaining at the Academy.</w:t>
      </w:r>
    </w:p>
    <w:p w14:paraId="2892BFCB" w14:textId="77777777" w:rsidR="00F301F4" w:rsidRDefault="00000000">
      <w:r>
        <w:t xml:space="preserve">Cancellation of the Place for disciplinary reasons does not release the Family from paying amounts due or outstanding, nor does it give the right to a refund for services already provided or Places already reserved.</w:t>
      </w:r>
    </w:p>
    <w:p w14:paraId="20D48E10" w14:textId="77777777" w:rsidR="00F301F4" w:rsidRDefault="00000000">
      <w:pPr>
        <w:pStyle w:val="Heading2"/>
      </w:pPr>
      <w:r>
        <w:t xml:space="preserve">Article 41. Conduct of Families and respectful communication</w:t>
      </w:r>
    </w:p>
    <w:p w14:paraId="155AC1F3" w14:textId="77777777" w:rsidR="00F301F4" w:rsidRDefault="00000000">
      <w:pPr>
        <w:pStyle w:val="Heading3"/>
      </w:pPr>
      <w:r>
        <w:t xml:space="preserve">41.1. Relationship with the Academy</w:t>
      </w:r>
    </w:p>
    <w:p w14:paraId="55CF3B5A" w14:textId="77777777" w:rsidR="00F301F4" w:rsidRDefault="00000000">
      <w:r>
        <w:t xml:space="preserve">The Family must communicate respectfully, appropriately and in good faith with the Academy, its teachers, administrative staff and other members of the school community.</w:t>
      </w:r>
    </w:p>
    <w:p w14:paraId="0A24CEC1" w14:textId="77777777" w:rsidR="00F301F4" w:rsidRDefault="00000000">
      <w:r>
        <w:t xml:space="preserve">Communications that are offensive, intimidating, threatening, degrading, abusively persistent or contrary to the professional dignity of the Academy's staff will not be tolerated.</w:t>
      </w:r>
    </w:p>
    <w:p w14:paraId="411C7A89" w14:textId="77777777" w:rsidR="00F301F4" w:rsidRDefault="00000000">
      <w:pPr>
        <w:pStyle w:val="Heading3"/>
      </w:pPr>
      <w:r>
        <w:t xml:space="preserve">41.2. Protection of Academy staff</w:t>
      </w:r>
    </w:p>
    <w:p w14:paraId="7C95AAFD" w14:textId="77777777" w:rsidR="00F301F4" w:rsidRDefault="00000000">
      <w:r>
        <w:t xml:space="preserve">The Academy may limit, reorganise or channel communications with a Family when they are inappropriate, repeatedly confrontational or incompatible with the normal running of the Academy.</w:t>
      </w:r>
    </w:p>
    <w:p w14:paraId="14CDA838" w14:textId="77777777" w:rsidR="00F301F4" w:rsidRDefault="00000000">
      <w:r>
        <w:t xml:space="preserve">In serious cases, the Academy may require communications to be made only in writing or through a specific person designated by the Academy.</w:t>
      </w:r>
    </w:p>
    <w:p w14:paraId="30BB2D02" w14:textId="77777777" w:rsidR="00F301F4" w:rsidRDefault="00000000">
      <w:pPr>
        <w:pStyle w:val="Heading3"/>
      </w:pPr>
      <w:r>
        <w:t xml:space="preserve">41.3. Impact on the continuity of the service</w:t>
      </w:r>
    </w:p>
    <w:p w14:paraId="17BA7634" w14:textId="77777777" w:rsidR="00F301F4" w:rsidRDefault="00000000">
      <w:r>
        <w:t xml:space="preserve">When a Family's conduct is seriously contrary to coexistence, the respect owed to Academy staff or the ordinary running of the Academy, the Academy may decide not to renew the Enrolment or, in especially serious cases, to cancel the Student's Place.</w:t>
      </w:r>
    </w:p>
    <w:p w14:paraId="67555F83" w14:textId="77777777" w:rsidR="00F301F4" w:rsidRDefault="00000000">
      <w:pPr>
        <w:pStyle w:val="Heading2"/>
      </w:pPr>
      <w:r>
        <w:t xml:space="preserve">Article 42. Student safety, health and wellbeing</w:t>
      </w:r>
    </w:p>
    <w:p w14:paraId="513E0E63" w14:textId="77777777" w:rsidR="00F301F4" w:rsidRDefault="00000000">
      <w:pPr>
        <w:pStyle w:val="Heading3"/>
      </w:pPr>
      <w:r>
        <w:t xml:space="preserve">42.1. Relevant information</w:t>
      </w:r>
    </w:p>
    <w:p w14:paraId="54BAD816" w14:textId="77777777" w:rsidR="00F301F4" w:rsidRDefault="00000000">
      <w:r>
        <w:t xml:space="preserve">The Family must inform the Academy of any relevant information about the Student's health, specific needs, allergies, medication, personal situation or circumstances that may affect their safety, wellbeing, participation in class or proper care at the Academy.</w:t>
      </w:r>
    </w:p>
    <w:p w14:paraId="1F00A1F4" w14:textId="77777777" w:rsidR="00F301F4" w:rsidRDefault="00000000">
      <w:r>
        <w:t xml:space="preserve">The Academy will treat this information with due confidentiality and only for the purposes necessary for the Student's care.</w:t>
      </w:r>
    </w:p>
    <w:p w14:paraId="7651DEEF" w14:textId="77777777" w:rsidR="00F301F4" w:rsidRDefault="00000000">
      <w:pPr>
        <w:pStyle w:val="Heading3"/>
      </w:pPr>
      <w:r>
        <w:t xml:space="preserve">42.2. Illness or feeling unwell during class</w:t>
      </w:r>
    </w:p>
    <w:p w14:paraId="3DE27A19" w14:textId="77777777" w:rsidR="00F301F4" w:rsidRDefault="00000000">
      <w:r>
        <w:t xml:space="preserve">If the Student shows symptoms of illness, feels significantly unwell, has an accident or is in any situation requiring attention, the Academy may contact the Family so that they can collect the Student or take appropriate action.</w:t>
      </w:r>
    </w:p>
    <w:p w14:paraId="3472F3EA" w14:textId="77777777" w:rsidR="00F301F4" w:rsidRDefault="00000000">
      <w:r>
        <w:t xml:space="preserve">In an emergency, the Academy may request medical assistance or contact the emergency services if it considers it necessary.</w:t>
      </w:r>
    </w:p>
    <w:p w14:paraId="390421E3" w14:textId="77777777" w:rsidR="00F301F4" w:rsidRDefault="00000000">
      <w:pPr>
        <w:pStyle w:val="Heading3"/>
      </w:pPr>
      <w:r>
        <w:t xml:space="preserve">42.3. Attending class while ill</w:t>
      </w:r>
    </w:p>
    <w:p w14:paraId="6E94DF0C" w14:textId="77777777" w:rsidR="00F301F4" w:rsidRDefault="00000000">
      <w:r>
        <w:t xml:space="preserve">The Family must not send the Student to class when they have symptoms of a contagious illness, a fever, feel significantly unwell or are in any situation that may affect their wellbeing or that of other Students.</w:t>
      </w:r>
    </w:p>
    <w:p w14:paraId="603DCA8A" w14:textId="77777777" w:rsidR="00F301F4" w:rsidRDefault="00000000">
      <w:r>
        <w:t xml:space="preserve">The Academy may ask the Family to collect the Student when it notices symptoms that make it inadvisable for them to stay in class.</w:t>
      </w:r>
    </w:p>
    <w:p w14:paraId="3D9001A6" w14:textId="77777777" w:rsidR="00F301F4" w:rsidRDefault="00000000">
      <w:pPr>
        <w:pStyle w:val="Heading2"/>
      </w:pPr>
      <w:r>
        <w:t xml:space="preserve">Article 43. Food, drink and allergies</w:t>
      </w:r>
    </w:p>
    <w:p w14:paraId="589C1E43" w14:textId="77777777" w:rsidR="00F301F4" w:rsidRDefault="00000000">
      <w:pPr>
        <w:pStyle w:val="Heading3"/>
      </w:pPr>
      <w:r>
        <w:t xml:space="preserve">43.1. Food and drink at the Academy</w:t>
      </w:r>
    </w:p>
    <w:p w14:paraId="7841CBD3" w14:textId="77777777" w:rsidR="00F301F4" w:rsidRDefault="00000000">
      <w:r>
        <w:t xml:space="preserve">As a general rule, eating during class is not permitted, unless expressly authorised by the Academy or where there is a justified need.</w:t>
      </w:r>
    </w:p>
    <w:p w14:paraId="0F35558A" w14:textId="77777777" w:rsidR="00F301F4" w:rsidRDefault="00000000">
      <w:r>
        <w:t xml:space="preserve">Drinking water may be permitted as long as it does not interrupt the class or disturb the rest of the group.</w:t>
      </w:r>
    </w:p>
    <w:p w14:paraId="0C1F5A97" w14:textId="77777777" w:rsidR="00F301F4" w:rsidRDefault="00000000">
      <w:pPr>
        <w:pStyle w:val="Heading3"/>
      </w:pPr>
      <w:r>
        <w:t xml:space="preserve">43.2. Allergies and intolerances</w:t>
      </w:r>
    </w:p>
    <w:p w14:paraId="29E302F6" w14:textId="77777777" w:rsidR="00F301F4" w:rsidRDefault="00000000">
      <w:r>
        <w:t xml:space="preserve">The Family must inform the Academy in writing of any allergy, intolerance or relevant dietary need of the Student.</w:t>
      </w:r>
    </w:p>
    <w:p w14:paraId="04F56260" w14:textId="77777777" w:rsidR="00F301F4" w:rsidRDefault="00000000">
      <w:r>
        <w:t xml:space="preserve">The Academy is not responsible for any consequences arising from information that has not been provided, or that is incomplete or out of date.</w:t>
      </w:r>
    </w:p>
    <w:p w14:paraId="54CBA988" w14:textId="77777777" w:rsidR="00F301F4" w:rsidRDefault="00000000">
      <w:pPr>
        <w:pStyle w:val="Heading3"/>
      </w:pPr>
      <w:r>
        <w:t xml:space="preserve">43.3. Food brought by the Student</w:t>
      </w:r>
    </w:p>
    <w:p w14:paraId="2433AA23" w14:textId="77777777" w:rsidR="00F301F4" w:rsidRDefault="00000000">
      <w:r>
        <w:t xml:space="preserve">When the Student brings food to the Academy, the Family is responsible for ensuring that the food is suitable for the Student and does not pose a known risk to them or to other Students, insofar as this information has been previously communicated by the Academy.</w:t>
      </w:r>
    </w:p>
    <w:p w14:paraId="6D12D17C" w14:textId="77777777" w:rsidR="00F301F4" w:rsidRDefault="00000000">
      <w:pPr>
        <w:pStyle w:val="Heading2"/>
      </w:pPr>
      <w:r>
        <w:t xml:space="preserve">Article 44. Complementary and extra activities</w:t>
      </w:r>
    </w:p>
    <w:p w14:paraId="05FB7AE9" w14:textId="77777777" w:rsidR="00F301F4" w:rsidRDefault="00000000">
      <w:pPr>
        <w:pStyle w:val="Heading3"/>
      </w:pPr>
      <w:r>
        <w:t xml:space="preserve">44.1. Organisation of activities</w:t>
      </w:r>
    </w:p>
    <w:p w14:paraId="1BA6EFAC" w14:textId="77777777" w:rsidR="00F301F4" w:rsidRDefault="00000000">
      <w:r>
        <w:t xml:space="preserve">The Academy may organise complementary or extra activities, workshops, events, cultural activities, special sessions or other initiatives related to language learning or community life at the Academy.</w:t>
      </w:r>
    </w:p>
    <w:p w14:paraId="6E4567B5" w14:textId="77777777" w:rsidR="00F301F4" w:rsidRDefault="00000000">
      <w:r>
        <w:t xml:space="preserve">Participation in these activities may be subject to specific conditions, availability of Places, Family authorisation, an additional cost or particular rules communicated in each case.</w:t>
      </w:r>
    </w:p>
    <w:p w14:paraId="77A87CDE" w14:textId="77777777" w:rsidR="00F301F4" w:rsidRDefault="00000000">
      <w:pPr>
        <w:pStyle w:val="Heading3"/>
      </w:pPr>
      <w:r>
        <w:t xml:space="preserve">44.2. Voluntary nature</w:t>
      </w:r>
    </w:p>
    <w:p w14:paraId="15CB4311" w14:textId="77777777" w:rsidR="00F301F4" w:rsidRDefault="00000000">
      <w:r>
        <w:t xml:space="preserve">Unless the Academy expressly states otherwise, complementary or extra activities are voluntary and do not necessarily form part of the standard service included in the monthly fee.</w:t>
      </w:r>
    </w:p>
    <w:p w14:paraId="31D8A4BD" w14:textId="77777777" w:rsidR="00F301F4" w:rsidRDefault="00000000">
      <w:pPr>
        <w:pStyle w:val="Heading3"/>
      </w:pPr>
      <w:r>
        <w:t xml:space="preserve">44.3. Applicable rules</w:t>
      </w:r>
    </w:p>
    <w:p w14:paraId="5F34BE06" w14:textId="77777777" w:rsidR="00F301F4" w:rsidRDefault="00000000">
      <w:r>
        <w:t xml:space="preserve">While taking part in complementary or extra activities, the Student and the Family must respect the rules of conduct, coexistence, safety and operation set out in these General Terms and in any specific instructions the Academy communicates for the activity.</w:t>
      </w:r>
    </w:p>
    <w:p w14:paraId="056AE472" w14:textId="77777777" w:rsidR="00F301F4" w:rsidRDefault="00000000">
      <w:pPr>
        <w:pStyle w:val="Heading1"/>
      </w:pPr>
      <w:r>
        <w:t xml:space="preserve">CHAPTER VI. COMMUNICATION WITH FAMILIES AND ADMINISTRATION</w:t>
      </w:r>
    </w:p>
    <w:p w14:paraId="70CA8AFB" w14:textId="77777777" w:rsidR="00F301F4" w:rsidRDefault="00000000">
      <w:pPr>
        <w:pStyle w:val="Heading2"/>
      </w:pPr>
      <w:r>
        <w:t xml:space="preserve">Article 45. Official communication channels</w:t>
      </w:r>
    </w:p>
    <w:p w14:paraId="2542A769" w14:textId="77777777" w:rsidR="00F301F4" w:rsidRDefault="00000000">
      <w:pPr>
        <w:pStyle w:val="Heading3"/>
      </w:pPr>
      <w:r>
        <w:t xml:space="preserve">45.1. Accepted channels</w:t>
      </w:r>
    </w:p>
    <w:p w14:paraId="091D3419" w14:textId="77777777" w:rsidR="00F301F4" w:rsidRDefault="00000000">
      <w:r>
        <w:t xml:space="preserve">The Academy may communicate with the Family through the channels the Family has provided, including email, WhatsApp, telephone or other means the Academy uses in its day-to-day management.</w:t>
      </w:r>
    </w:p>
    <w:p w14:paraId="40646B77" w14:textId="77777777" w:rsidR="00F301F4" w:rsidRDefault="00000000">
      <w:r>
        <w:t xml:space="preserve">As a general rule, email and WhatsApp are considered valid channels for academic, administrative, financial and organisational communications.</w:t>
      </w:r>
    </w:p>
    <w:p w14:paraId="677B7989" w14:textId="77777777" w:rsidR="00F301F4" w:rsidRDefault="00000000">
      <w:pPr>
        <w:pStyle w:val="Heading3"/>
      </w:pPr>
      <w:r>
        <w:t xml:space="preserve">45.2. Validity of communications</w:t>
      </w:r>
    </w:p>
    <w:p w14:paraId="06F27DA6" w14:textId="77777777" w:rsidR="00F301F4" w:rsidRDefault="00000000">
      <w:r>
        <w:t xml:space="preserve">Communications sent by the Academy to the contact details provided by the Family will be considered validly made, unless the Family has previously notified a change to those details in writing.</w:t>
      </w:r>
    </w:p>
    <w:p w14:paraId="1FCB0CF8" w14:textId="77777777" w:rsidR="00F301F4" w:rsidRDefault="00000000">
      <w:r>
        <w:t xml:space="preserve">The Family is responsible for regularly checking the communication channels provided to the Academy.</w:t>
      </w:r>
    </w:p>
    <w:p w14:paraId="4BBD3A65" w14:textId="77777777" w:rsidR="00F301F4" w:rsidRDefault="00000000">
      <w:pPr>
        <w:pStyle w:val="Heading3"/>
      </w:pPr>
      <w:r>
        <w:t xml:space="preserve">45.3. Relevant communications</w:t>
      </w:r>
    </w:p>
    <w:p w14:paraId="3576064A" w14:textId="77777777" w:rsidR="00F301F4" w:rsidRDefault="00000000">
      <w:r>
        <w:t xml:space="preserve">These channels may be used for communications about, among other things, timetables, groups, organisational changes, payments, direct debits, withdrawals, Enrolment renewal, exams, academic progress, incidents, activities, materials and any other matter related to the service.</w:t>
      </w:r>
    </w:p>
    <w:p w14:paraId="0BDC174F" w14:textId="77777777" w:rsidR="00F301F4" w:rsidRDefault="00000000">
      <w:pPr>
        <w:pStyle w:val="Heading2"/>
      </w:pPr>
      <w:r>
        <w:t xml:space="preserve">Article 46. Family contact details</w:t>
      </w:r>
    </w:p>
    <w:p w14:paraId="1576DDAF" w14:textId="77777777" w:rsidR="00F301F4" w:rsidRDefault="00000000">
      <w:pPr>
        <w:pStyle w:val="Heading3"/>
      </w:pPr>
      <w:r>
        <w:t xml:space="preserve">46.1. Obligation to provide up-to-date details</w:t>
      </w:r>
    </w:p>
    <w:p w14:paraId="0C234DF5" w14:textId="77777777" w:rsidR="00F301F4" w:rsidRDefault="00000000">
      <w:r>
        <w:t xml:space="preserve">The Family must provide the Academy with true, complete and up-to-date contact details, including at least one working telephone number and email address.</w:t>
      </w:r>
    </w:p>
    <w:p w14:paraId="41725924" w14:textId="77777777" w:rsidR="00F301F4" w:rsidRDefault="00000000">
      <w:r>
        <w:t xml:space="preserve">The Family is responsible for keeping these details up to date for as long as the Student remains at the Academy.</w:t>
      </w:r>
    </w:p>
    <w:p w14:paraId="5AD28933" w14:textId="77777777" w:rsidR="00F301F4" w:rsidRDefault="00000000">
      <w:pPr>
        <w:pStyle w:val="Heading3"/>
      </w:pPr>
      <w:r>
        <w:t xml:space="preserve">46.2. Changes to details</w:t>
      </w:r>
    </w:p>
    <w:p w14:paraId="59E66289" w14:textId="77777777" w:rsidR="00F301F4" w:rsidRDefault="00000000">
      <w:r>
        <w:t xml:space="preserve">Any change to contact details, bank details, tax details, authorised persons, relevant family circumstances or information needed to manage the Student properly must be notified to the Academy in writing as far in advance as possible.</w:t>
      </w:r>
    </w:p>
    <w:p w14:paraId="765F0905" w14:textId="77777777" w:rsidR="00F301F4" w:rsidRDefault="00000000">
      <w:r>
        <w:t xml:space="preserve">The Academy is not responsible for issues, delays, communications not received or administrative errors resulting from incomplete, incorrect or out-of-date details provided by the Family.</w:t>
      </w:r>
    </w:p>
    <w:p w14:paraId="36E9EA32" w14:textId="77777777" w:rsidR="00F301F4" w:rsidRDefault="00000000">
      <w:pPr>
        <w:pStyle w:val="Heading3"/>
      </w:pPr>
      <w:r>
        <w:t xml:space="preserve">46.3. Communications not received</w:t>
      </w:r>
    </w:p>
    <w:p w14:paraId="46CA50DD" w14:textId="77777777" w:rsidR="00F301F4" w:rsidRDefault="00000000">
      <w:r>
        <w:t xml:space="preserve">Failing to receive or read a communication sent to the details provided by the Family does not release the Family from the obligations communicated when this is due to the details not being updated or checked, or to the means provided by the Family not working properly.</w:t>
      </w:r>
    </w:p>
    <w:p w14:paraId="5A8CF9D0" w14:textId="77777777" w:rsidR="00F301F4" w:rsidRDefault="00000000">
      <w:pPr>
        <w:pStyle w:val="Heading2"/>
      </w:pPr>
      <w:r>
        <w:t xml:space="preserve">Article 47. Communication by WhatsApp</w:t>
      </w:r>
    </w:p>
    <w:p w14:paraId="6D587DFF" w14:textId="77777777" w:rsidR="00F301F4" w:rsidRDefault="00000000">
      <w:pPr>
        <w:pStyle w:val="Heading3"/>
      </w:pPr>
      <w:r>
        <w:t xml:space="preserve">47.1. Use of WhatsApp</w:t>
      </w:r>
    </w:p>
    <w:p w14:paraId="76E68CE1" w14:textId="77777777" w:rsidR="00F301F4" w:rsidRDefault="00000000">
      <w:r>
        <w:t xml:space="preserve">The Academy may use WhatsApp as a regular means of communication with the Family for organisational, administrative, financial or academic matters relating to the Student.</w:t>
      </w:r>
    </w:p>
    <w:p w14:paraId="05B78DA7" w14:textId="77777777" w:rsidR="00F301F4" w:rsidRDefault="00000000">
      <w:r>
        <w:t xml:space="preserve">WhatsApp is used to make communication quick and effective; this does not mean the Academy is permanently or immediately available outside its opening hours.</w:t>
      </w:r>
    </w:p>
    <w:p w14:paraId="6DC1E129" w14:textId="77777777" w:rsidR="00F301F4" w:rsidRDefault="00000000">
      <w:pPr>
        <w:pStyle w:val="Heading3"/>
      </w:pPr>
      <w:r>
        <w:t xml:space="preserve">47.2. Written communications</w:t>
      </w:r>
    </w:p>
    <w:p w14:paraId="41E7C327" w14:textId="77777777" w:rsidR="00F301F4" w:rsidRDefault="00000000">
      <w:r>
        <w:t xml:space="preserve">Where these General Terms require written communication, a WhatsApp message will be valid as long as it sufficiently identifies the Family, the Student and the content of the request or communication.</w:t>
      </w:r>
    </w:p>
    <w:p w14:paraId="73368050" w14:textId="77777777" w:rsidR="00F301F4" w:rsidRDefault="00000000">
      <w:r>
        <w:t xml:space="preserve">The Academy may request additional confirmation by email or another means when it considers it necessary for proper administration.</w:t>
      </w:r>
    </w:p>
    <w:p w14:paraId="0CE57267" w14:textId="77777777" w:rsidR="00F301F4" w:rsidRDefault="00000000">
      <w:pPr>
        <w:pStyle w:val="Heading3"/>
      </w:pPr>
      <w:r>
        <w:t xml:space="preserve">47.3. Appropriate use of the channel</w:t>
      </w:r>
    </w:p>
    <w:p w14:paraId="59629E47" w14:textId="77777777" w:rsidR="00F301F4" w:rsidRDefault="00000000">
      <w:r>
        <w:t xml:space="preserve">The Family must use WhatsApp reasonably, respectfully and in line with the purpose of the channel.</w:t>
      </w:r>
    </w:p>
    <w:p w14:paraId="375EE0DC" w14:textId="77777777" w:rsidR="00F301F4" w:rsidRDefault="00000000">
      <w:r>
        <w:t xml:space="preserve">Offensive or abusively persistent messages, messages repeatedly sent outside working hours without good reason, and communications that hinder the Academy's proper administration will not be accepted.</w:t>
      </w:r>
    </w:p>
    <w:p w14:paraId="4DE5344F" w14:textId="77777777" w:rsidR="00F301F4" w:rsidRDefault="00000000">
      <w:pPr>
        <w:pStyle w:val="Heading2"/>
      </w:pPr>
      <w:r>
        <w:t xml:space="preserve">Article 48. Opening hours and response times</w:t>
      </w:r>
    </w:p>
    <w:p w14:paraId="6D14931D" w14:textId="77777777" w:rsidR="00F301F4" w:rsidRDefault="00000000">
      <w:pPr>
        <w:pStyle w:val="Heading3"/>
      </w:pPr>
      <w:r>
        <w:t xml:space="preserve">48.1. Opening hours</w:t>
      </w:r>
    </w:p>
    <w:p w14:paraId="495CA643" w14:textId="77777777" w:rsidR="00F301F4" w:rsidRDefault="00000000">
      <w:r>
        <w:t xml:space="preserve">The Academy may set office, telephone or messaging hours for handling Families' enquiries, requests, incidents and communications.</w:t>
      </w:r>
    </w:p>
    <w:p w14:paraId="02633362" w14:textId="77777777" w:rsidR="00F301F4" w:rsidRDefault="00000000">
      <w:r>
        <w:t xml:space="preserve">These hours may vary depending on the academic year, holiday periods, internal organisation, staff availability or the Academy's needs.</w:t>
      </w:r>
    </w:p>
    <w:p w14:paraId="32B6DE51" w14:textId="77777777" w:rsidR="00F301F4" w:rsidRDefault="00000000">
      <w:pPr>
        <w:pStyle w:val="Heading3"/>
      </w:pPr>
      <w:r>
        <w:t xml:space="preserve">48.2. Response times</w:t>
      </w:r>
    </w:p>
    <w:p w14:paraId="2C7B873F" w14:textId="77777777" w:rsidR="00F301F4" w:rsidRDefault="00000000">
      <w:r>
        <w:t xml:space="preserve">The Academy will try to respond to the Family's communications within a reasonable time, taking into account the urgency of the matter, its administrative workload and its opening hours.</w:t>
      </w:r>
    </w:p>
    <w:p w14:paraId="1A0040C0" w14:textId="77777777" w:rsidR="00F301F4" w:rsidRDefault="00000000">
      <w:r>
        <w:t xml:space="preserve">A lack of immediate response does not imply the Academy's acceptance, authorisation or agreement regarding requests, changes, withdrawals, deadline extensions, group changes or any other matter requiring express approval.</w:t>
      </w:r>
    </w:p>
    <w:p w14:paraId="16C0B675" w14:textId="77777777" w:rsidR="00F301F4" w:rsidRDefault="00000000">
      <w:pPr>
        <w:pStyle w:val="Heading3"/>
      </w:pPr>
      <w:r>
        <w:t xml:space="preserve">48.3. Communications outside opening hours</w:t>
      </w:r>
    </w:p>
    <w:p w14:paraId="7A245C86" w14:textId="77777777" w:rsidR="00F301F4" w:rsidRDefault="00000000">
      <w:r>
        <w:t xml:space="preserve">Communications received outside opening hours may be dealt with in the next working period, unless the Academy decides to respond sooner for organisational or urgent reasons.</w:t>
      </w:r>
    </w:p>
    <w:p w14:paraId="5FFE7F75" w14:textId="77777777" w:rsidR="00F301F4" w:rsidRDefault="00000000">
      <w:r>
        <w:t xml:space="preserve">The Family should not interpret the receipt of messages outside opening hours as an obligation for the Academy to respond immediately.</w:t>
      </w:r>
    </w:p>
    <w:p w14:paraId="416C923B" w14:textId="77777777" w:rsidR="00F301F4" w:rsidRDefault="00000000">
      <w:pPr>
        <w:pStyle w:val="Heading2"/>
      </w:pPr>
      <w:r>
        <w:t xml:space="preserve">Article 49. Administrative requests</w:t>
      </w:r>
    </w:p>
    <w:p w14:paraId="7D32BC65" w14:textId="77777777" w:rsidR="00F301F4" w:rsidRDefault="00000000">
      <w:pPr>
        <w:pStyle w:val="Heading3"/>
      </w:pPr>
      <w:r>
        <w:t xml:space="preserve">49.1. How to submit requests</w:t>
      </w:r>
    </w:p>
    <w:p w14:paraId="1E725C2A" w14:textId="77777777" w:rsidR="00F301F4" w:rsidRDefault="00000000">
      <w:r>
        <w:t xml:space="preserve">The Family's administrative requests must be made clearly and in writing, stating the Student's full name and the procedure requested.</w:t>
      </w:r>
    </w:p>
    <w:p w14:paraId="24467946" w14:textId="77777777" w:rsidR="00F301F4" w:rsidRDefault="00000000">
      <w:r>
        <w:t xml:space="preserve">These requests may include group changes, withdrawals, changes to details, certificates, proofs of attendance or payment, financial information, exam registration, updating tax details or any other procedure relating to the Student.</w:t>
      </w:r>
    </w:p>
    <w:p w14:paraId="3EA726E1" w14:textId="77777777" w:rsidR="00F301F4" w:rsidRDefault="00000000">
      <w:pPr>
        <w:pStyle w:val="Heading3"/>
      </w:pPr>
      <w:r>
        <w:t xml:space="preserve">49.2. Necessary information</w:t>
      </w:r>
    </w:p>
    <w:p w14:paraId="2D8B6546" w14:textId="77777777" w:rsidR="00F301F4" w:rsidRDefault="00000000">
      <w:r>
        <w:t xml:space="preserve">The Family must provide all the information necessary for the Academy to process the request correctly.</w:t>
      </w:r>
    </w:p>
    <w:p w14:paraId="57B8F89C" w14:textId="77777777" w:rsidR="00F301F4" w:rsidRDefault="00000000">
      <w:r>
        <w:t xml:space="preserve">When a request is incomplete, unclear or does not properly identify the Student or the procedure requested, the Academy may ask for clarification or additional documents before processing it.</w:t>
      </w:r>
    </w:p>
    <w:p w14:paraId="6E264BC4" w14:textId="77777777" w:rsidR="00F301F4" w:rsidRDefault="00000000">
      <w:pPr>
        <w:pStyle w:val="Heading3"/>
      </w:pPr>
      <w:r>
        <w:t xml:space="preserve">49.3. Processing time</w:t>
      </w:r>
    </w:p>
    <w:p w14:paraId="4E3588E7" w14:textId="77777777" w:rsidR="00F301F4" w:rsidRDefault="00000000">
      <w:r>
        <w:t xml:space="preserve">The Academy will process administrative requests within a reasonable time, taking into account the nature of the request, its workload, any applicable external deadlines and the availability of the necessary information.</w:t>
      </w:r>
    </w:p>
    <w:p w14:paraId="76D1D291" w14:textId="77777777" w:rsidR="00F301F4" w:rsidRDefault="00000000">
      <w:pPr>
        <w:pStyle w:val="Heading2"/>
      </w:pPr>
      <w:r>
        <w:t xml:space="preserve">Article 50. Authorisations and responsible persons</w:t>
      </w:r>
    </w:p>
    <w:p w14:paraId="6A87FDE8" w14:textId="77777777" w:rsidR="00F301F4" w:rsidRDefault="00000000">
      <w:pPr>
        <w:pStyle w:val="Heading3"/>
      </w:pPr>
      <w:r>
        <w:t xml:space="preserve">50.1. Authorised persons</w:t>
      </w:r>
    </w:p>
    <w:p w14:paraId="7E24A995" w14:textId="77777777" w:rsidR="00F301F4" w:rsidRDefault="00000000">
      <w:r>
        <w:t xml:space="preserve">For Students who are minors, the Family must inform the Academy which persons are authorised to collect the Student, receive information or carry out procedures relating to their Enrolment, when necessary.</w:t>
      </w:r>
    </w:p>
    <w:p w14:paraId="5F8AC671" w14:textId="77777777" w:rsidR="00F301F4" w:rsidRDefault="00000000">
      <w:r>
        <w:t xml:space="preserve">The Academy may ask the authorised person for identification when it considers it appropriate to ensure the Student's safety.</w:t>
      </w:r>
    </w:p>
    <w:p w14:paraId="69EBCD11" w14:textId="77777777" w:rsidR="00F301F4" w:rsidRDefault="00000000">
      <w:pPr>
        <w:pStyle w:val="Heading3"/>
      </w:pPr>
      <w:r>
        <w:t xml:space="preserve">50.2. Changes to authorisations</w:t>
      </w:r>
    </w:p>
    <w:p w14:paraId="1626F439" w14:textId="77777777" w:rsidR="00F301F4" w:rsidRDefault="00000000">
      <w:r>
        <w:t xml:space="preserve">Any change, limitation or withdrawal of a previously given authorisation must be notified to the Academy in writing.</w:t>
      </w:r>
    </w:p>
    <w:p w14:paraId="6F73E986" w14:textId="77777777" w:rsidR="00F301F4" w:rsidRDefault="00000000">
      <w:r>
        <w:t xml:space="preserve">The Academy is not responsible for actions taken on the basis of the information it holds when the Family has not clearly, promptly and sufficiently notified the corresponding change.</w:t>
      </w:r>
    </w:p>
    <w:p w14:paraId="4CD2AA12" w14:textId="77777777" w:rsidR="00F301F4" w:rsidRDefault="00000000">
      <w:pPr>
        <w:pStyle w:val="Heading3"/>
      </w:pPr>
      <w:r>
        <w:t xml:space="preserve">50.3. Special family situations</w:t>
      </w:r>
    </w:p>
    <w:p w14:paraId="48D36010" w14:textId="77777777" w:rsidR="00F301F4" w:rsidRDefault="00000000">
      <w:r>
        <w:t xml:space="preserve">The Family must inform the Academy of any family, legal or administrative circumstance that may affect who can collect the Student, the right to receive information, decision-making or the management of the Enrolment.</w:t>
      </w:r>
    </w:p>
    <w:p w14:paraId="70191263" w14:textId="77777777" w:rsidR="00F301F4" w:rsidRDefault="00000000">
      <w:r>
        <w:t xml:space="preserve">The Academy is not obliged to apply limitations, restrictions or instructions that have not been formally notified and, where appropriate, duly documented.</w:t>
      </w:r>
    </w:p>
    <w:p w14:paraId="0CE3523C" w14:textId="77777777" w:rsidR="00F301F4" w:rsidRDefault="00000000">
      <w:pPr>
        <w:pStyle w:val="Heading2"/>
      </w:pPr>
      <w:r>
        <w:t xml:space="preserve">Article 51. Academic information about the Student</w:t>
      </w:r>
    </w:p>
    <w:p w14:paraId="07D67B6D" w14:textId="77777777" w:rsidR="00F301F4" w:rsidRDefault="00000000">
      <w:pPr>
        <w:pStyle w:val="Heading3"/>
      </w:pPr>
      <w:r>
        <w:t xml:space="preserve">51.1. Reporting academic progress</w:t>
      </w:r>
    </w:p>
    <w:p w14:paraId="4A49BDD8" w14:textId="77777777" w:rsidR="00F301F4" w:rsidRDefault="00000000">
      <w:r>
        <w:t xml:space="preserve">The Academy may inform the Family about the Student's academic progress, attendance, attitude, participation, completion of tasks, progress, difficulties observed or teaching recommendations.</w:t>
      </w:r>
    </w:p>
    <w:p w14:paraId="0A04D89F" w14:textId="77777777" w:rsidR="00F301F4" w:rsidRDefault="00000000">
      <w:r>
        <w:t xml:space="preserve">This may be done individually or through the monitoring systems the Academy uses at any given time.</w:t>
      </w:r>
    </w:p>
    <w:p w14:paraId="76F6F45F" w14:textId="77777777" w:rsidR="00F301F4" w:rsidRDefault="00000000">
      <w:pPr>
        <w:pStyle w:val="Heading3"/>
      </w:pPr>
      <w:r>
        <w:t xml:space="preserve">51.2. Meetings</w:t>
      </w:r>
    </w:p>
    <w:p w14:paraId="7B09CB95" w14:textId="77777777" w:rsidR="00F301F4" w:rsidRDefault="00000000">
      <w:r>
        <w:t xml:space="preserve">The Family may request a meeting to discuss relevant academic matters concerning the Student.</w:t>
      </w:r>
    </w:p>
    <w:p w14:paraId="41D402B3" w14:textId="77777777" w:rsidR="00F301F4" w:rsidRDefault="00000000">
      <w:r>
        <w:t xml:space="preserve">Meetings are subject to teacher availability, the Academy's internal organisation and the Academy's assessment of whether they are necessary or advisable.</w:t>
      </w:r>
    </w:p>
    <w:p w14:paraId="7D785255" w14:textId="77777777" w:rsidR="00F301F4" w:rsidRDefault="00000000">
      <w:pPr>
        <w:pStyle w:val="Heading3"/>
      </w:pPr>
      <w:r>
        <w:t xml:space="preserve">51.3. Scope of the information</w:t>
      </w:r>
    </w:p>
    <w:p w14:paraId="0BFB87C2" w14:textId="77777777" w:rsidR="00F301F4" w:rsidRDefault="00000000">
      <w:r>
        <w:t xml:space="preserve">The academic information provided by the Academy is for guidance and educational purposes, based on professional observation and the Student's progress in class.</w:t>
      </w:r>
    </w:p>
    <w:p w14:paraId="4B93E123" w14:textId="77777777" w:rsidR="00F301F4" w:rsidRDefault="00000000">
      <w:r>
        <w:t xml:space="preserve">This information is not a clinical, psychological or medical diagnosis or an official external report, unless expressly stated otherwise.</w:t>
      </w:r>
    </w:p>
    <w:p w14:paraId="0330D662" w14:textId="77777777" w:rsidR="00F301F4" w:rsidRDefault="00000000">
      <w:pPr>
        <w:pStyle w:val="Heading2"/>
      </w:pPr>
      <w:r>
        <w:t xml:space="preserve">Article 52. Administrative documents and certificates</w:t>
      </w:r>
    </w:p>
    <w:p w14:paraId="039D18D7" w14:textId="77777777" w:rsidR="00F301F4" w:rsidRDefault="00000000">
      <w:pPr>
        <w:pStyle w:val="Heading3"/>
      </w:pPr>
      <w:r>
        <w:t xml:space="preserve">52.1. Requesting documents</w:t>
      </w:r>
    </w:p>
    <w:p w14:paraId="3CCE9C2B" w14:textId="77777777" w:rsidR="00F301F4" w:rsidRDefault="00000000">
      <w:r>
        <w:t xml:space="preserve">The Family may request administrative documents relating to the Student from the Academy, provided they are reasonable, related to the service provided and can be issued by the Academy.</w:t>
      </w:r>
    </w:p>
    <w:p w14:paraId="5D49E099" w14:textId="77777777" w:rsidR="00F301F4" w:rsidRDefault="00000000">
      <w:r>
        <w:t xml:space="preserve">The Academy may refuse requests that are disproportionate, inappropriate, unrelated to the contracted activity, contrary to applicable regulations or that affect third parties' data.</w:t>
      </w:r>
    </w:p>
    <w:p w14:paraId="763A26F8" w14:textId="77777777" w:rsidR="00F301F4" w:rsidRDefault="00000000">
      <w:pPr>
        <w:pStyle w:val="Heading3"/>
      </w:pPr>
      <w:r>
        <w:t xml:space="preserve">52.2. Issuing certificates or proofs</w:t>
      </w:r>
    </w:p>
    <w:p w14:paraId="2FF5ECAF" w14:textId="77777777" w:rsidR="00F301F4" w:rsidRDefault="00000000">
      <w:r>
        <w:t xml:space="preserve">Certificates, proofs of attendance, proofs of payment and other administrative documents will be issued within a reasonable time, provided the requested information is in the Academy's records.</w:t>
      </w:r>
    </w:p>
    <w:p w14:paraId="0885C155" w14:textId="77777777" w:rsidR="00F301F4" w:rsidRDefault="00000000">
      <w:r>
        <w:t xml:space="preserve">The Academy may set specific procedures, deadlines or formats for requesting and issuing these documents.</w:t>
      </w:r>
    </w:p>
    <w:p w14:paraId="0E567F7F" w14:textId="77777777" w:rsidR="00F301F4" w:rsidRDefault="00000000">
      <w:pPr>
        <w:pStyle w:val="Heading3"/>
      </w:pPr>
      <w:r>
        <w:t xml:space="preserve">52.3. Outstanding debts</w:t>
      </w:r>
    </w:p>
    <w:p w14:paraId="2765E5A8" w14:textId="77777777" w:rsidR="00F301F4" w:rsidRDefault="00000000">
      <w:r>
        <w:t xml:space="preserve">The Academy may make the issue of non-mandatory documents conditional on the Family being up to date with payments, as provided for in the fees section of these General Terms.</w:t>
      </w:r>
    </w:p>
    <w:p w14:paraId="0B28328E" w14:textId="77777777" w:rsidR="00F301F4" w:rsidRDefault="00000000">
      <w:pPr>
        <w:pStyle w:val="Heading2"/>
      </w:pPr>
      <w:r>
        <w:t xml:space="preserve">Article 53. Internal management and administration</w:t>
      </w:r>
    </w:p>
    <w:p w14:paraId="202820DE" w14:textId="77777777" w:rsidR="00F301F4" w:rsidRDefault="00000000">
      <w:pPr>
        <w:pStyle w:val="Heading3"/>
      </w:pPr>
      <w:r>
        <w:t xml:space="preserve">53.1. Internal procedures</w:t>
      </w:r>
    </w:p>
    <w:p w14:paraId="3E81AFBA" w14:textId="77777777" w:rsidR="00F301F4" w:rsidRDefault="00000000">
      <w:r>
        <w:t xml:space="preserve">The Academy may establish internal procedures for managing Enrolments, payments, timetables, groups, exams, materials, communications, withdrawals, renewals and any other matter necessary for its proper functioning.</w:t>
      </w:r>
    </w:p>
    <w:p w14:paraId="103F4C90" w14:textId="77777777" w:rsidR="00F301F4" w:rsidRDefault="00000000">
      <w:r>
        <w:t xml:space="preserve">The Family must follow these procedures and provide the necessary information or documents within the stated deadlines.</w:t>
      </w:r>
    </w:p>
    <w:p w14:paraId="6768E98E" w14:textId="77777777" w:rsidR="00F301F4" w:rsidRDefault="00000000">
      <w:pPr>
        <w:pStyle w:val="Heading3"/>
      </w:pPr>
      <w:r>
        <w:t xml:space="preserve">53.2. Organisational changes</w:t>
      </w:r>
    </w:p>
    <w:p w14:paraId="3ED4E419" w14:textId="77777777" w:rsidR="00F301F4" w:rsidRDefault="00000000">
      <w:r>
        <w:t xml:space="preserve">The Academy may change its administrative procedures when necessary to improve its management, adapt to new organisational needs, comply with legal obligations or provide a more effective service to Families.</w:t>
      </w:r>
    </w:p>
    <w:p w14:paraId="083F620F" w14:textId="77777777" w:rsidR="00F301F4" w:rsidRDefault="00000000">
      <w:r>
        <w:t xml:space="preserve">These changes will be communicated when they significantly affect the relationship with the Family.</w:t>
      </w:r>
    </w:p>
    <w:p w14:paraId="02A19E2A" w14:textId="77777777" w:rsidR="00F301F4" w:rsidRDefault="00000000">
      <w:pPr>
        <w:pStyle w:val="Heading3"/>
      </w:pPr>
      <w:r>
        <w:t xml:space="preserve">53.3. Priority of day-to-day management</w:t>
      </w:r>
    </w:p>
    <w:p w14:paraId="0D3D5407" w14:textId="77777777" w:rsidR="00F301F4" w:rsidRDefault="00000000">
      <w:r>
        <w:t xml:space="preserve">The Academy will organise its administrative service taking into account the urgency, importance and order in which requests are received.</w:t>
      </w:r>
    </w:p>
    <w:p w14:paraId="04CD4ED1" w14:textId="77777777" w:rsidR="00F301F4" w:rsidRDefault="00000000">
      <w:r>
        <w:t xml:space="preserve">A pending request does not suspend the Family's financial, academic or administrative obligations unless the Academy expressly agrees.</w:t>
      </w:r>
    </w:p>
    <w:p w14:paraId="535549DC" w14:textId="77777777" w:rsidR="00F301F4" w:rsidRDefault="00000000">
      <w:pPr>
        <w:pStyle w:val="Heading2"/>
      </w:pPr>
      <w:r>
        <w:t xml:space="preserve">Article 54. General communications from the Academy</w:t>
      </w:r>
    </w:p>
    <w:p w14:paraId="09FF525F" w14:textId="77777777" w:rsidR="00F301F4" w:rsidRDefault="00000000">
      <w:pPr>
        <w:pStyle w:val="Heading3"/>
      </w:pPr>
      <w:r>
        <w:t xml:space="preserve">54.1. Group communications</w:t>
      </w:r>
    </w:p>
    <w:p w14:paraId="2307C41B" w14:textId="77777777" w:rsidR="00F301F4" w:rsidRDefault="00000000">
      <w:r>
        <w:t xml:space="preserve">The Academy may send general communications to Families about timetables, the academic calendar, holidays, public holidays, renewals, exams, activities, organisational changes, payment reminders, Academy rules or any other matter of general interest.</w:t>
      </w:r>
    </w:p>
    <w:p w14:paraId="7BFAFF1F" w14:textId="77777777" w:rsidR="00F301F4" w:rsidRDefault="00000000">
      <w:r>
        <w:t xml:space="preserve">These communications may be sent by email, WhatsApp, broadcast lists, digital platforms, notices or other means used by the Academy.</w:t>
      </w:r>
    </w:p>
    <w:p w14:paraId="671A34C1" w14:textId="77777777" w:rsidR="00F301F4" w:rsidRDefault="00000000">
      <w:pPr>
        <w:pStyle w:val="Heading3"/>
      </w:pPr>
      <w:r>
        <w:t xml:space="preserve">54.2. Validity of group communications</w:t>
      </w:r>
    </w:p>
    <w:p w14:paraId="7366D0EA" w14:textId="77777777" w:rsidR="00F301F4" w:rsidRDefault="00000000">
      <w:r>
        <w:t xml:space="preserve">General communications sent through the Academy's usual channels are considered valid and sufficient when they concern general organisational or informational matters.</w:t>
      </w:r>
    </w:p>
    <w:p w14:paraId="4A698410" w14:textId="77777777" w:rsidR="00F301F4" w:rsidRDefault="00000000">
      <w:r>
        <w:t xml:space="preserve">The Family is responsible for reading these communications and following any instructions or deadlines they contain.</w:t>
      </w:r>
    </w:p>
    <w:p w14:paraId="4CFC38BF" w14:textId="77777777" w:rsidR="00F301F4" w:rsidRDefault="00000000">
      <w:pPr>
        <w:pStyle w:val="Heading3"/>
      </w:pPr>
      <w:r>
        <w:t xml:space="preserve">54.3. Information published by the Academy</w:t>
      </w:r>
    </w:p>
    <w:p w14:paraId="0319D68D" w14:textId="77777777" w:rsidR="00F301F4" w:rsidRDefault="00000000">
      <w:r>
        <w:t xml:space="preserve">Information published by the Academy on its official channels, website, social media, notices or communication platforms may be informational or complementary, without prejudice to any specific conditions communicated directly to each Family where appropriate.</w:t>
      </w:r>
    </w:p>
    <w:p w14:paraId="11488690" w14:textId="77777777" w:rsidR="00F301F4" w:rsidRDefault="00000000">
      <w:pPr>
        <w:pStyle w:val="Heading2"/>
      </w:pPr>
      <w:r>
        <w:t xml:space="preserve">Article 55. Language of communications</w:t>
      </w:r>
    </w:p>
    <w:p w14:paraId="265F03A7" w14:textId="77777777" w:rsidR="00F301F4" w:rsidRDefault="00000000">
      <w:pPr>
        <w:pStyle w:val="Heading3"/>
      </w:pPr>
      <w:r>
        <w:t xml:space="preserve">55.1. Usual language</w:t>
      </w:r>
    </w:p>
    <w:p w14:paraId="261BF722" w14:textId="77777777" w:rsidR="00F301F4" w:rsidRDefault="00000000">
      <w:r>
        <w:t xml:space="preserve">The usual language of the Academy's administrative and contractual communications is Spanish, unless the Academy decides to use another language for teaching or organisational reasons or to assist a particular Family.</w:t>
      </w:r>
    </w:p>
    <w:p w14:paraId="19E4A88C" w14:textId="77777777" w:rsidR="00F301F4" w:rsidRDefault="00000000">
      <w:pPr>
        <w:pStyle w:val="Heading3"/>
      </w:pPr>
      <w:r>
        <w:t xml:space="preserve">55.2. Academic communications in English</w:t>
      </w:r>
    </w:p>
    <w:p w14:paraId="7422CA7D" w14:textId="77777777" w:rsidR="00F301F4" w:rsidRDefault="00000000">
      <w:r>
        <w:t xml:space="preserve">The Academy may use English in academic communications, activities, materials, tasks, class instructions or messages aimed at the Student's learning.</w:t>
      </w:r>
    </w:p>
    <w:p w14:paraId="75BF101F" w14:textId="77777777" w:rsidR="00F301F4" w:rsidRDefault="00000000">
      <w:r>
        <w:t xml:space="preserve">The use of English in these contexts is part of the Academy's own methodology.</w:t>
      </w:r>
    </w:p>
    <w:p w14:paraId="3DDA7910" w14:textId="77777777" w:rsidR="00F301F4" w:rsidRDefault="00000000">
      <w:pPr>
        <w:pStyle w:val="Heading2"/>
      </w:pPr>
      <w:r>
        <w:t xml:space="preserve">Article 56. Responsibility for the information provided</w:t>
      </w:r>
    </w:p>
    <w:p w14:paraId="016321C6" w14:textId="77777777" w:rsidR="00F301F4" w:rsidRDefault="00000000">
      <w:pPr>
        <w:pStyle w:val="Heading3"/>
      </w:pPr>
      <w:r>
        <w:t xml:space="preserve">56.1. Accuracy of information</w:t>
      </w:r>
    </w:p>
    <w:p w14:paraId="53135CEE" w14:textId="77777777" w:rsidR="00F301F4" w:rsidRDefault="00000000">
      <w:r>
        <w:t xml:space="preserve">The Family is responsible for the truthfulness, accuracy and currency of all information provided to the Academy, including personal, academic, financial, tax, family, medical and contact information.</w:t>
      </w:r>
    </w:p>
    <w:p w14:paraId="28E0F28D" w14:textId="77777777" w:rsidR="00F301F4" w:rsidRDefault="00000000">
      <w:pPr>
        <w:pStyle w:val="Heading3"/>
      </w:pPr>
      <w:r>
        <w:t xml:space="preserve">56.2. Consequences of incorrect information</w:t>
      </w:r>
    </w:p>
    <w:p w14:paraId="58C5D33A" w14:textId="77777777" w:rsidR="00F301F4" w:rsidRDefault="00000000">
      <w:r>
        <w:t xml:space="preserve">The Academy is not responsible for errors, incidents, delays, inability to process requests, lack of communication, registration problems, incorrectly issued documents or any other consequence of incomplete, incorrect, false or out-of-date information provided by the Family.</w:t>
      </w:r>
    </w:p>
    <w:p w14:paraId="38454744" w14:textId="77777777" w:rsidR="00F301F4" w:rsidRDefault="00000000">
      <w:pPr>
        <w:pStyle w:val="Heading3"/>
      </w:pPr>
      <w:r>
        <w:t xml:space="preserve">56.3. Duty to cooperate</w:t>
      </w:r>
    </w:p>
    <w:p w14:paraId="54CBC475" w14:textId="77777777" w:rsidR="00F301F4" w:rsidRDefault="00000000">
      <w:r>
        <w:t xml:space="preserve">The Family must cooperate with the Academy to correct, complete or update the information needed to provide the service and manage the Student properly.</w:t>
      </w:r>
    </w:p>
    <w:p w14:paraId="283CA4A8" w14:textId="77777777" w:rsidR="00F301F4" w:rsidRDefault="00000000">
      <w:pPr>
        <w:pStyle w:val="Heading1"/>
      </w:pPr>
      <w:r>
        <w:t xml:space="preserve">CHAPTER VII. OFFICIAL EXAMS AND CERTIFICATION</w:t>
      </w:r>
    </w:p>
    <w:p w14:paraId="398586F1" w14:textId="77777777" w:rsidR="00F301F4" w:rsidRDefault="00000000">
      <w:pPr>
        <w:pStyle w:val="Heading2"/>
      </w:pPr>
      <w:r>
        <w:t xml:space="preserve">Article 57. Official exams</w:t>
      </w:r>
    </w:p>
    <w:p w14:paraId="52969115" w14:textId="77777777" w:rsidR="00F301F4" w:rsidRDefault="00000000">
      <w:pPr>
        <w:pStyle w:val="Heading3"/>
      </w:pPr>
      <w:r>
        <w:t xml:space="preserve">57.1. Nature of official exams</w:t>
      </w:r>
    </w:p>
    <w:p w14:paraId="7548C20B" w14:textId="77777777" w:rsidR="00F301F4" w:rsidRDefault="00000000">
      <w:r>
        <w:t xml:space="preserve">The Academy may inform, advise, prepare or manage the Student's registration for official language exams, where this is available for the corresponding course, level or format.</w:t>
      </w:r>
    </w:p>
    <w:p w14:paraId="03492406" w14:textId="77777777" w:rsidR="00F301F4" w:rsidRDefault="00000000">
      <w:r>
        <w:t xml:space="preserve">Official exams are organised, regulated, marked and certified by the relevant external examining bodies, not by the Academy.</w:t>
      </w:r>
    </w:p>
    <w:p w14:paraId="27F7AFC1" w14:textId="77777777" w:rsidR="00F301F4" w:rsidRDefault="00000000">
      <w:pPr>
        <w:pStyle w:val="Heading3"/>
      </w:pPr>
      <w:r>
        <w:t xml:space="preserve">57.2. External examining bodies</w:t>
      </w:r>
    </w:p>
    <w:p w14:paraId="641E5415" w14:textId="77777777" w:rsidR="00F301F4" w:rsidRDefault="00000000">
      <w:r>
        <w:t xml:space="preserve">The Academy is not one of the official examining bodies and does not control their internal rules, marking criteria, calendars, deadlines, prices, venues, procedures, technical incidents, marking, results or administrative decisions.</w:t>
      </w:r>
    </w:p>
    <w:p w14:paraId="7A8C99B8" w14:textId="77777777" w:rsidR="00F301F4" w:rsidRDefault="00000000">
      <w:r>
        <w:t xml:space="preserve">The Family and the Student must respect the rules set by the relevant examining body for each exam session.</w:t>
      </w:r>
    </w:p>
    <w:p w14:paraId="7EF21DDA" w14:textId="77777777" w:rsidR="00F301F4" w:rsidRDefault="00000000">
      <w:pPr>
        <w:pStyle w:val="Heading3"/>
      </w:pPr>
      <w:r>
        <w:t xml:space="preserve">57.3. Voluntary nature</w:t>
      </w:r>
    </w:p>
    <w:p w14:paraId="297037B2" w14:textId="77777777" w:rsidR="00F301F4" w:rsidRDefault="00000000">
      <w:r>
        <w:t xml:space="preserve">Unless the Academy expressly states otherwise for a particular course or programme, registration for official exams is voluntary and is not automatically included in the Enrolment or in the standard monthly fee.</w:t>
      </w:r>
    </w:p>
    <w:p w14:paraId="5115791C" w14:textId="77777777" w:rsidR="00F301F4" w:rsidRDefault="00000000">
      <w:pPr>
        <w:pStyle w:val="Heading2"/>
      </w:pPr>
      <w:r>
        <w:t xml:space="preserve">Article 58. Preparation for official exams</w:t>
      </w:r>
    </w:p>
    <w:p w14:paraId="3FD41205" w14:textId="77777777" w:rsidR="00F301F4" w:rsidRDefault="00000000">
      <w:pPr>
        <w:pStyle w:val="Heading3"/>
      </w:pPr>
      <w:r>
        <w:t xml:space="preserve">58.1. Academic preparation</w:t>
      </w:r>
    </w:p>
    <w:p w14:paraId="45C42468" w14:textId="77777777" w:rsidR="00F301F4" w:rsidRDefault="00000000">
      <w:r>
        <w:t xml:space="preserve">The Academy may prepare the Student for official exams through classes, activities, mock exams, tasks, speaking practice, written work, guidance on the exam format and any other teaching resource it considers appropriate.</w:t>
      </w:r>
    </w:p>
    <w:p w14:paraId="10B5746A" w14:textId="77777777" w:rsidR="00F301F4" w:rsidRDefault="00000000">
      <w:r>
        <w:t xml:space="preserve">Preparation will be carried out according to the Academy's professional judgement and taking into account the level, progress and needs of the Student or the group.</w:t>
      </w:r>
    </w:p>
    <w:p w14:paraId="1C3FB6B0" w14:textId="77777777" w:rsidR="00F301F4" w:rsidRDefault="00000000">
      <w:pPr>
        <w:pStyle w:val="Heading3"/>
      </w:pPr>
      <w:r>
        <w:t xml:space="preserve">58.2. No guarantee of results</w:t>
      </w:r>
    </w:p>
    <w:p w14:paraId="53504FE8" w14:textId="77777777" w:rsidR="00F301F4" w:rsidRDefault="00000000">
      <w:r>
        <w:t xml:space="preserve">The preparation offered by the Academy does not guarantee that the Student will pass the official exam or obtain a particular grade, level or certificate.</w:t>
      </w:r>
    </w:p>
    <w:p w14:paraId="4B166C8B" w14:textId="77777777" w:rsidR="00F301F4" w:rsidRDefault="00000000">
      <w:r>
        <w:t xml:space="preserve">The result will depend, among other factors, on the Student's effort, attendance, study, progress, participation, performance on the day of the exam, personal circumstances and the marking criteria applied by the examining body.</w:t>
      </w:r>
    </w:p>
    <w:p w14:paraId="364EF49A" w14:textId="77777777" w:rsidR="00F301F4" w:rsidRDefault="00000000">
      <w:pPr>
        <w:pStyle w:val="Heading3"/>
      </w:pPr>
      <w:r>
        <w:t xml:space="preserve">58.3. Recommendation to sit the exam</w:t>
      </w:r>
    </w:p>
    <w:p w14:paraId="0E0A8533" w14:textId="77777777" w:rsidR="00F301F4" w:rsidRDefault="00000000">
      <w:r>
        <w:t xml:space="preserve">The Academy may recommend or advise against the Student sitting an official exam based on their level, academic progress, maturity, attendance, performance, personal work and observed preparation.</w:t>
      </w:r>
    </w:p>
    <w:p w14:paraId="44A4B36B" w14:textId="77777777" w:rsidR="00F301F4" w:rsidRDefault="00000000">
      <w:r>
        <w:t xml:space="preserve">This recommendation is educational and for guidance only. The final decision to register lies with the Family or with the Student if they are an adult, without prejudice to the requirements set by the examining body.</w:t>
      </w:r>
    </w:p>
    <w:p w14:paraId="7D83EB0E" w14:textId="77777777" w:rsidR="00F301F4" w:rsidRDefault="00000000">
      <w:pPr>
        <w:pStyle w:val="Heading2"/>
      </w:pPr>
      <w:r>
        <w:t xml:space="preserve">Article 59. Registration for official exams</w:t>
      </w:r>
    </w:p>
    <w:p w14:paraId="48DD7A76" w14:textId="77777777" w:rsidR="00F301F4" w:rsidRDefault="00000000">
      <w:pPr>
        <w:pStyle w:val="Heading3"/>
      </w:pPr>
      <w:r>
        <w:t xml:space="preserve">59.1. Managing registration</w:t>
      </w:r>
    </w:p>
    <w:p w14:paraId="73AFDCCD" w14:textId="77777777" w:rsidR="00F301F4" w:rsidRDefault="00000000">
      <w:r>
        <w:t xml:space="preserve">When the Academy offers to manage registration for an official exam, this is conditional on the Family meeting the deadlines, requirements, documents and payments indicated by the Academy.</w:t>
      </w:r>
    </w:p>
    <w:p w14:paraId="3CB69FCE" w14:textId="77777777" w:rsidR="00F301F4" w:rsidRDefault="00000000">
      <w:r>
        <w:t xml:space="preserve">The Academy is not obliged to process registrations that are incomplete, late, not correctly paid or that do not meet the requirements of the examining body.</w:t>
      </w:r>
    </w:p>
    <w:p w14:paraId="451D7B13" w14:textId="77777777" w:rsidR="00F301F4" w:rsidRDefault="00000000">
      <w:pPr>
        <w:pStyle w:val="Heading3"/>
      </w:pPr>
      <w:r>
        <w:t xml:space="preserve">59.2. Student details</w:t>
      </w:r>
    </w:p>
    <w:p w14:paraId="17076E8F" w14:textId="77777777" w:rsidR="00F301F4" w:rsidRDefault="00000000">
      <w:r>
        <w:t xml:space="preserve">The Family is responsible for correctly providing all the details needed to register the Student, including full name, identity document, date of birth, level, format, exam session and any other information required.</w:t>
      </w:r>
    </w:p>
    <w:p w14:paraId="13291195" w14:textId="77777777" w:rsidR="00F301F4" w:rsidRDefault="00000000">
      <w:r>
        <w:t xml:space="preserve">The Academy is not responsible for errors, incidents, inability to register, missed exam sessions or problems with the certificate resulting from incomplete, incorrect or out-of-date details provided by the Family.</w:t>
      </w:r>
    </w:p>
    <w:p w14:paraId="29944C5C" w14:textId="77777777" w:rsidR="00F301F4" w:rsidRDefault="00000000">
      <w:pPr>
        <w:pStyle w:val="Heading3"/>
      </w:pPr>
      <w:r>
        <w:t xml:space="preserve">59.3. Confirmation of registration</w:t>
      </w:r>
    </w:p>
    <w:p w14:paraId="394226FC" w14:textId="77777777" w:rsidR="00F301F4" w:rsidRDefault="00000000">
      <w:r>
        <w:t xml:space="preserve">Registration for an official exam is not complete until all the requirements have been met and the examining body has confirmed or accepted the registration in accordance with its own procedures.</w:t>
      </w:r>
    </w:p>
    <w:p w14:paraId="39DE68EA" w14:textId="77777777" w:rsidR="00F301F4" w:rsidRDefault="00000000">
      <w:r>
        <w:t xml:space="preserve">Submitting documents or paying a fee does not by itself guarantee registration if the examining body ultimately does not accept it for reasons beyond the Academy's control.</w:t>
      </w:r>
    </w:p>
    <w:p w14:paraId="246BAAE8" w14:textId="77777777" w:rsidR="00F301F4" w:rsidRDefault="00000000">
      <w:pPr>
        <w:pStyle w:val="Heading2"/>
      </w:pPr>
      <w:r>
        <w:t xml:space="preserve">Article 60. Exam deadlines and fees</w:t>
      </w:r>
    </w:p>
    <w:p w14:paraId="51884E36" w14:textId="77777777" w:rsidR="00F301F4" w:rsidRDefault="00000000">
      <w:pPr>
        <w:pStyle w:val="Heading3"/>
      </w:pPr>
      <w:r>
        <w:t xml:space="preserve">60.1. Deadlines for payment and documents</w:t>
      </w:r>
    </w:p>
    <w:p w14:paraId="752D55D7" w14:textId="77777777" w:rsidR="00F301F4" w:rsidRDefault="00000000">
      <w:r>
        <w:t xml:space="preserve">The Family must pay the exam fees and submit the necessary documents within the deadlines communicated by the Academy.</w:t>
      </w:r>
    </w:p>
    <w:p w14:paraId="67430C58" w14:textId="77777777" w:rsidR="00F301F4" w:rsidRDefault="00000000">
      <w:r>
        <w:t xml:space="preserve">These deadlines may be earlier than those publicly announced by the examining body, to allow registrations to be processed properly.</w:t>
      </w:r>
    </w:p>
    <w:p w14:paraId="123D73E6" w14:textId="77777777" w:rsidR="00F301F4" w:rsidRDefault="00000000">
      <w:pPr>
        <w:pStyle w:val="Heading3"/>
      </w:pPr>
      <w:r>
        <w:t xml:space="preserve">60.2. Failure to pay on time</w:t>
      </w:r>
    </w:p>
    <w:p w14:paraId="5A93EF8E" w14:textId="77777777" w:rsidR="00F301F4" w:rsidRDefault="00000000">
      <w:r>
        <w:t xml:space="preserve">Failure to pay the exam fees within the stated deadline will prevent the registration from being processed, unless the Academy expressly agrees otherwise.</w:t>
      </w:r>
    </w:p>
    <w:p w14:paraId="785A12D8" w14:textId="77777777" w:rsidR="00F301F4" w:rsidRDefault="00000000">
      <w:r>
        <w:t xml:space="preserve">The Academy is not obliged to advance official fees or to bear costs resulting from late payments, administrative errors attributable to the Family or late requests.</w:t>
      </w:r>
    </w:p>
    <w:p w14:paraId="3291D6C4" w14:textId="77777777" w:rsidR="00F301F4" w:rsidRDefault="00000000">
      <w:pPr>
        <w:pStyle w:val="Heading3"/>
      </w:pPr>
      <w:r>
        <w:t xml:space="preserve">60.3. Changes to fees</w:t>
      </w:r>
    </w:p>
    <w:p w14:paraId="1FE8DF11" w14:textId="77777777" w:rsidR="00F301F4" w:rsidRDefault="00000000">
      <w:r>
        <w:t xml:space="preserve">Exam fees are those set by the relevant examining body or, where applicable, those communicated by the Academy for managing the exam session.</w:t>
      </w:r>
    </w:p>
    <w:p w14:paraId="43C25C0D" w14:textId="77777777" w:rsidR="00F301F4" w:rsidRDefault="00000000">
      <w:r>
        <w:t xml:space="preserve">The Academy may update the amounts when the examining body changes its prices, surcharges, conditions or associated costs.</w:t>
      </w:r>
    </w:p>
    <w:p w14:paraId="12524680" w14:textId="77777777" w:rsidR="00F301F4" w:rsidRDefault="00000000">
      <w:pPr>
        <w:pStyle w:val="Heading2"/>
      </w:pPr>
      <w:r>
        <w:t xml:space="preserve">Article 61. Exam sessions, dates and venues</w:t>
      </w:r>
    </w:p>
    <w:p w14:paraId="796765ED" w14:textId="77777777" w:rsidR="00F301F4" w:rsidRDefault="00000000">
      <w:pPr>
        <w:pStyle w:val="Heading3"/>
      </w:pPr>
      <w:r>
        <w:t xml:space="preserve">61.1. Information about exam sessions</w:t>
      </w:r>
    </w:p>
    <w:p w14:paraId="0EBE359A" w14:textId="77777777" w:rsidR="00F301F4" w:rsidRDefault="00000000">
      <w:r>
        <w:t xml:space="preserve">The Academy may inform the Family about official exam sessions, dates, times, venues, formats or deadlines, based on the information available at any given time.</w:t>
      </w:r>
    </w:p>
    <w:p w14:paraId="321B1C34" w14:textId="77777777" w:rsidR="00F301F4" w:rsidRDefault="00000000">
      <w:r>
        <w:t xml:space="preserve">This information is for guidance only until it is finally confirmed by the examining body.</w:t>
      </w:r>
    </w:p>
    <w:p w14:paraId="5515C6C3" w14:textId="77777777" w:rsidR="00F301F4" w:rsidRDefault="00000000">
      <w:pPr>
        <w:pStyle w:val="Heading3"/>
      </w:pPr>
      <w:r>
        <w:t xml:space="preserve">61.2. Changes by the examining body</w:t>
      </w:r>
    </w:p>
    <w:p w14:paraId="3F7718CE" w14:textId="77777777" w:rsidR="00F301F4" w:rsidRDefault="00000000">
      <w:r>
        <w:t xml:space="preserve">The examining body may change dates, times, venues, formats, entry conditions, required documents or any other aspect of the exam session.</w:t>
      </w:r>
    </w:p>
    <w:p w14:paraId="56FF7B3D" w14:textId="77777777" w:rsidR="00F301F4" w:rsidRDefault="00000000">
      <w:r>
        <w:t xml:space="preserve">The Academy is not responsible for any harm, costs, clashes or incidents resulting from changes made by the examining body or from causes beyond the Academy's control.</w:t>
      </w:r>
    </w:p>
    <w:p w14:paraId="2227BC49" w14:textId="77777777" w:rsidR="00F301F4" w:rsidRDefault="00000000">
      <w:pPr>
        <w:pStyle w:val="Heading3"/>
      </w:pPr>
      <w:r>
        <w:t xml:space="preserve">61.3. Attending the exam</w:t>
      </w:r>
    </w:p>
    <w:p w14:paraId="696F104A" w14:textId="77777777" w:rsidR="00F301F4" w:rsidRDefault="00000000">
      <w:r>
        <w:t xml:space="preserve">The Family and the Student are responsible for attending the official exam on the date and at the time, venue and conditions indicated by the examining body.</w:t>
      </w:r>
    </w:p>
    <w:p w14:paraId="64D0C391" w14:textId="77777777" w:rsidR="00F301F4" w:rsidRDefault="00000000">
      <w:r>
        <w:t xml:space="preserve">Failure to attend the exam for personal reasons, delays, planning errors, lack of documents, illness, travel, timetable clashes or other circumstances not attributable to the Academy does not give the right to a refund from the Academy.</w:t>
      </w:r>
    </w:p>
    <w:p w14:paraId="37EB85F7" w14:textId="77777777" w:rsidR="00F301F4" w:rsidRDefault="00000000">
      <w:pPr>
        <w:pStyle w:val="Heading2"/>
      </w:pPr>
      <w:r>
        <w:t xml:space="preserve">Article 62. Rules of the examining body</w:t>
      </w:r>
    </w:p>
    <w:p w14:paraId="617F2AF9" w14:textId="77777777" w:rsidR="00F301F4" w:rsidRDefault="00000000">
      <w:pPr>
        <w:pStyle w:val="Heading3"/>
      </w:pPr>
      <w:r>
        <w:t xml:space="preserve">62.1. Compliance with external rules</w:t>
      </w:r>
    </w:p>
    <w:p w14:paraId="66A06EEB" w14:textId="77777777" w:rsidR="00F301F4" w:rsidRDefault="00000000">
      <w:r>
        <w:t xml:space="preserve">The Student must comply with the rules on identification, punctuality, conduct, permitted materials, use of devices, staying in the exam room, confidentiality and any other rule set by the examining body.</w:t>
      </w:r>
    </w:p>
    <w:p w14:paraId="33CC0CC2" w14:textId="77777777" w:rsidR="00F301F4" w:rsidRDefault="00000000">
      <w:r>
        <w:t xml:space="preserve">The Family is responsible for ensuring the Student knows and follows these rules, especially when the examining body communicates them directly or publishes them on its official channels.</w:t>
      </w:r>
    </w:p>
    <w:p w14:paraId="36122AB8" w14:textId="77777777" w:rsidR="00F301F4" w:rsidRDefault="00000000">
      <w:pPr>
        <w:pStyle w:val="Heading3"/>
      </w:pPr>
      <w:r>
        <w:t xml:space="preserve">62.2. Consequences of non-compliance</w:t>
      </w:r>
    </w:p>
    <w:p w14:paraId="71FDB02E" w14:textId="77777777" w:rsidR="00F301F4" w:rsidRDefault="00000000">
      <w:r>
        <w:t xml:space="preserve">The Academy is not responsible for cancellations, disqualifications, loss of the right to sit the exam, non-issue of certificates, penalties, incidents or harm resulting from the Student's or the Family's failure to comply with the examining body's rules.</w:t>
      </w:r>
    </w:p>
    <w:p w14:paraId="2C5CBEA9" w14:textId="77777777" w:rsidR="00F301F4" w:rsidRDefault="00000000">
      <w:pPr>
        <w:pStyle w:val="Heading3"/>
      </w:pPr>
      <w:r>
        <w:t xml:space="preserve">62.3. Identity documents</w:t>
      </w:r>
    </w:p>
    <w:p w14:paraId="7D0B2D3C" w14:textId="77777777" w:rsidR="00F301F4" w:rsidRDefault="00000000">
      <w:r>
        <w:t xml:space="preserve">The Family is responsible for ensuring the Student has the valid identity documents needed to sit the official exam.</w:t>
      </w:r>
    </w:p>
    <w:p w14:paraId="30D360D1" w14:textId="77777777" w:rsidR="00F301F4" w:rsidRDefault="00000000">
      <w:r>
        <w:t xml:space="preserve">Not having an identity document, presenting incorrect documents or any other issue relating to the Student's identification is the responsibility of the Family or of the Student if they are an adult.</w:t>
      </w:r>
    </w:p>
    <w:p w14:paraId="3835FBE1" w14:textId="77777777" w:rsidR="00F301F4" w:rsidRDefault="00000000">
      <w:pPr>
        <w:pStyle w:val="Heading2"/>
      </w:pPr>
      <w:r>
        <w:t xml:space="preserve">Article 63. Cancellations, changes and refunds of exam fees</w:t>
      </w:r>
    </w:p>
    <w:p w14:paraId="0A0CCB4C" w14:textId="77777777" w:rsidR="00F301F4" w:rsidRDefault="00000000">
      <w:pPr>
        <w:pStyle w:val="Heading3"/>
      </w:pPr>
      <w:r>
        <w:t xml:space="preserve">63.1. Cancellation conditions</w:t>
      </w:r>
    </w:p>
    <w:p w14:paraId="27DFCCF2" w14:textId="77777777" w:rsidR="00F301F4" w:rsidRDefault="00000000">
      <w:r>
        <w:t xml:space="preserve">Cancellations, changes of exam session or level, changes to details, postponements or refunds of official exam fees are governed by the conditions set by the relevant examining body.</w:t>
      </w:r>
    </w:p>
    <w:p w14:paraId="4FC62B71" w14:textId="77777777" w:rsidR="00F301F4" w:rsidRDefault="00000000">
      <w:r>
        <w:t xml:space="preserve">The Academy cannot guarantee changes, cancellations or refunds when the examining body does not allow them or when the request is made after the deadline.</w:t>
      </w:r>
    </w:p>
    <w:p w14:paraId="007D6B7E" w14:textId="77777777" w:rsidR="00F301F4" w:rsidRDefault="00000000">
      <w:pPr>
        <w:pStyle w:val="Heading3"/>
      </w:pPr>
      <w:r>
        <w:t xml:space="preserve">63.2. Change requests</w:t>
      </w:r>
    </w:p>
    <w:p w14:paraId="6691614A" w14:textId="77777777" w:rsidR="00F301F4" w:rsidRDefault="00000000">
      <w:r>
        <w:t xml:space="preserve">Any request to change a registration must be sent to the Academy in writing as far in advance as possible.</w:t>
      </w:r>
    </w:p>
    <w:p w14:paraId="724E4DA4" w14:textId="77777777" w:rsidR="00F301F4" w:rsidRDefault="00000000">
      <w:r>
        <w:t xml:space="preserve">The Academy may try to manage the request with the examining body where feasible, but is not responsible for its acceptance, rejection, cost or conditions.</w:t>
      </w:r>
    </w:p>
    <w:p w14:paraId="41057840" w14:textId="77777777" w:rsidR="00F301F4" w:rsidRDefault="00000000">
      <w:pPr>
        <w:pStyle w:val="Heading3"/>
      </w:pPr>
      <w:r>
        <w:t xml:space="preserve">63.3. No refund for reasons beyond the Academy's control</w:t>
      </w:r>
    </w:p>
    <w:p w14:paraId="09E309D8" w14:textId="77777777" w:rsidR="00F301F4" w:rsidRDefault="00000000">
      <w:r>
        <w:t xml:space="preserve">The Academy is not obliged to refund exam fees that have already been paid or committed to the examining body, unless that body authorises a refund and the Academy actually receives it.</w:t>
      </w:r>
    </w:p>
    <w:p w14:paraId="65FD47BB" w14:textId="77777777" w:rsidR="00F301F4" w:rsidRDefault="00000000">
      <w:pPr>
        <w:pStyle w:val="Heading2"/>
      </w:pPr>
      <w:r>
        <w:t xml:space="preserve">Article 64. Results, review and official certificates</w:t>
      </w:r>
    </w:p>
    <w:p w14:paraId="40B5CDD7" w14:textId="77777777" w:rsidR="00F301F4" w:rsidRDefault="00000000">
      <w:pPr>
        <w:pStyle w:val="Heading3"/>
      </w:pPr>
      <w:r>
        <w:t xml:space="preserve">64.1. Results</w:t>
      </w:r>
    </w:p>
    <w:p w14:paraId="19A68314" w14:textId="77777777" w:rsidR="00F301F4" w:rsidRDefault="00000000">
      <w:r>
        <w:t xml:space="preserve">Official exam results are determined solely by the relevant examining body in accordance with its marking criteria.</w:t>
      </w:r>
    </w:p>
    <w:p w14:paraId="23FF652B" w14:textId="77777777" w:rsidR="00F301F4" w:rsidRDefault="00000000">
      <w:r>
        <w:t xml:space="preserve">The Academy may help the Family understand the results or consider the next academic steps, but cannot change them or guarantee a favourable review.</w:t>
      </w:r>
    </w:p>
    <w:p w14:paraId="17D8E05D" w14:textId="77777777" w:rsidR="00F301F4" w:rsidRDefault="00000000">
      <w:pPr>
        <w:pStyle w:val="Heading3"/>
      </w:pPr>
      <w:r>
        <w:t xml:space="preserve">64.2. Review or appeal</w:t>
      </w:r>
    </w:p>
    <w:p w14:paraId="76241D09" w14:textId="77777777" w:rsidR="00F301F4" w:rsidRDefault="00000000">
      <w:r>
        <w:t xml:space="preserve">When the examining body allows results to be reviewed or appealed, the Family must meet the deadlines, fees, requirements and procedures set by that body.</w:t>
      </w:r>
    </w:p>
    <w:p w14:paraId="627AC686" w14:textId="77777777" w:rsidR="00F301F4" w:rsidRDefault="00000000">
      <w:r>
        <w:t xml:space="preserve">The Academy may provide guidance or information about the procedure where possible, but is not responsible for the outcome of the review or appeal.</w:t>
      </w:r>
    </w:p>
    <w:p w14:paraId="1B1EDE05" w14:textId="77777777" w:rsidR="00F301F4" w:rsidRDefault="00000000">
      <w:pPr>
        <w:pStyle w:val="Heading3"/>
      </w:pPr>
      <w:r>
        <w:t xml:space="preserve">64.3. Official certificates</w:t>
      </w:r>
    </w:p>
    <w:p w14:paraId="0A382968" w14:textId="77777777" w:rsidR="00F301F4" w:rsidRDefault="00000000">
      <w:r>
        <w:t xml:space="preserve">The issue, format, delivery time, validity, correction of details and availability of official certificates depend solely on the examining body.</w:t>
      </w:r>
    </w:p>
    <w:p w14:paraId="2799281D" w14:textId="77777777" w:rsidR="00F301F4" w:rsidRDefault="00000000">
      <w:r>
        <w:t xml:space="preserve">The Academy is not responsible for delays, errors, incidents or changes in the issue of certificates when these are attributable to the examining body or to incorrect details provided by the Family.</w:t>
      </w:r>
    </w:p>
    <w:p w14:paraId="39A4B641" w14:textId="77777777" w:rsidR="00F301F4" w:rsidRDefault="00000000">
      <w:pPr>
        <w:pStyle w:val="Heading2"/>
      </w:pPr>
      <w:r>
        <w:t xml:space="preserve">Article 65. Internal exams and certificates issued by the Academy</w:t>
      </w:r>
    </w:p>
    <w:p w14:paraId="7EF0ADA8" w14:textId="77777777" w:rsidR="00F301F4" w:rsidRDefault="00000000">
      <w:pPr>
        <w:pStyle w:val="Heading3"/>
      </w:pPr>
      <w:r>
        <w:t xml:space="preserve">65.1. Internal exams</w:t>
      </w:r>
    </w:p>
    <w:p w14:paraId="72430242" w14:textId="77777777" w:rsidR="00F301F4" w:rsidRDefault="00000000">
      <w:r>
        <w:t xml:space="preserve">The Academy may carry out internal tests, mock exams, level assessments or monitoring activities for teaching and organisational purposes.</w:t>
      </w:r>
    </w:p>
    <w:p w14:paraId="0FBAA47A" w14:textId="77777777" w:rsidR="00F301F4" w:rsidRDefault="00000000">
      <w:r>
        <w:t xml:space="preserve">These tests are not official exams and do not by themselves give the right to an official external certificate.</w:t>
      </w:r>
    </w:p>
    <w:p w14:paraId="06449199" w14:textId="77777777" w:rsidR="00F301F4" w:rsidRDefault="00000000">
      <w:pPr>
        <w:pStyle w:val="Heading3"/>
      </w:pPr>
      <w:r>
        <w:t xml:space="preserve">65.2. Certificates or reports issued by the Academy</w:t>
      </w:r>
    </w:p>
    <w:p w14:paraId="0F9253AE" w14:textId="77777777" w:rsidR="00F301F4" w:rsidRDefault="00000000">
      <w:r>
        <w:t xml:space="preserve">When it considers it appropriate, the Academy may issue internal certificates, proofs of attendance, academic reports or similar documents relating to the Student.</w:t>
      </w:r>
    </w:p>
    <w:p w14:paraId="7BA0FD6B" w14:textId="77777777" w:rsidR="00F301F4" w:rsidRDefault="00000000">
      <w:r>
        <w:t xml:space="preserve">These documents are internal and informational, or certify the information held in the Academy's records; they are not equivalent to official external certificates unless expressly stated.</w:t>
      </w:r>
    </w:p>
    <w:p w14:paraId="6A26EF73" w14:textId="77777777" w:rsidR="00F301F4" w:rsidRDefault="00000000">
      <w:pPr>
        <w:pStyle w:val="Heading3"/>
      </w:pPr>
      <w:r>
        <w:t xml:space="preserve">65.3. Conditions for issuing them</w:t>
      </w:r>
    </w:p>
    <w:p w14:paraId="72BCF919" w14:textId="77777777" w:rsidR="00F301F4" w:rsidRDefault="00000000">
      <w:r>
        <w:t xml:space="preserve">The issue of internal certificates or reports may be conditional on the Family being up to date with payments and on the request being reasonable, proportionate and related to the activity actually carried out by the Student.</w:t>
      </w:r>
    </w:p>
    <w:p w14:paraId="56AD2A9E" w14:textId="77777777" w:rsidR="00F301F4" w:rsidRDefault="00000000">
      <w:pPr>
        <w:pStyle w:val="Heading1"/>
      </w:pPr>
      <w:r>
        <w:t xml:space="preserve">CHAPTER VIII. DATA PROTECTION, IMAGE RIGHTS AND USE OF MATERIALS</w:t>
      </w:r>
    </w:p>
    <w:p w14:paraId="4C48D706" w14:textId="77777777" w:rsidR="00F301F4" w:rsidRDefault="00000000">
      <w:pPr>
        <w:pStyle w:val="Heading2"/>
      </w:pPr>
      <w:r>
        <w:t xml:space="preserve">Article 66. Processing of personal data</w:t>
      </w:r>
    </w:p>
    <w:p w14:paraId="216DE30A" w14:textId="77777777" w:rsidR="00F301F4" w:rsidRDefault="00000000">
      <w:pPr>
        <w:pStyle w:val="Heading3"/>
      </w:pPr>
      <w:r>
        <w:t xml:space="preserve">66.1. Data processed by the Academy</w:t>
      </w:r>
    </w:p>
    <w:p w14:paraId="0FABB2A7" w14:textId="77777777" w:rsidR="00F301F4" w:rsidRDefault="00000000">
      <w:r>
        <w:t xml:space="preserve">The Academy will process the personal data of the Student and, where applicable, of the Family that are necessary for managing the Enrolment, providing the educational service, academic organisation, communicating with the Family, financial management, registering for official exams and complying with applicable legal obligations.</w:t>
      </w:r>
    </w:p>
    <w:p w14:paraId="48F1771A" w14:textId="77777777" w:rsidR="00F301F4" w:rsidRDefault="00000000">
      <w:r>
        <w:t xml:space="preserve">These data may include, among others, identification data, contact details, academic data, financial data, tax data, information about attendance, academic progress, communications with the Family and any other information needed to provide the service properly.</w:t>
      </w:r>
    </w:p>
    <w:p w14:paraId="7272F064" w14:textId="77777777" w:rsidR="00F301F4" w:rsidRDefault="00000000">
      <w:pPr>
        <w:pStyle w:val="Heading3"/>
      </w:pPr>
      <w:r>
        <w:t xml:space="preserve">66.2. Purpose of processing</w:t>
      </w:r>
    </w:p>
    <w:p w14:paraId="3E7D2543" w14:textId="77777777" w:rsidR="00F301F4" w:rsidRDefault="00000000">
      <w:r>
        <w:t xml:space="preserve">Personal data will be processed in order to manage the contractual relationship between the Academy and the Family, organise groups and classes, provide the academic service contracted, send administrative or academic communications, manage payments, issue proofs or certificates, process official exams where appropriate and comply with the corresponding legal obligations.</w:t>
      </w:r>
    </w:p>
    <w:p w14:paraId="620B5BC5" w14:textId="77777777" w:rsidR="00F301F4" w:rsidRDefault="00000000">
      <w:pPr>
        <w:pStyle w:val="Heading3"/>
      </w:pPr>
      <w:r>
        <w:t xml:space="preserve">66.3. Legal basis for processing</w:t>
      </w:r>
    </w:p>
    <w:p w14:paraId="68CC8C00" w14:textId="77777777" w:rsidR="00F301F4" w:rsidRDefault="00000000">
      <w:r>
        <w:t xml:space="preserve">The processing of personal data is based, as appropriate, on the performance of the contractual relationship, compliance with legal obligations, the Academy's legitimate interest in the proper management of the Academy and, where necessary, the consent of the Family or of the Student if they are an adult.</w:t>
      </w:r>
    </w:p>
    <w:p w14:paraId="0A23CA5F" w14:textId="77777777" w:rsidR="00F301F4" w:rsidRDefault="00000000">
      <w:pPr>
        <w:pStyle w:val="Heading2"/>
      </w:pPr>
      <w:r>
        <w:t xml:space="preserve">Article 67. Responsibility for the data provided</w:t>
      </w:r>
    </w:p>
    <w:p w14:paraId="1A176758" w14:textId="77777777" w:rsidR="00F301F4" w:rsidRDefault="00000000">
      <w:pPr>
        <w:pStyle w:val="Heading3"/>
      </w:pPr>
      <w:r>
        <w:t xml:space="preserve">67.1. Accuracy and updating of data</w:t>
      </w:r>
    </w:p>
    <w:p w14:paraId="0EE463BA" w14:textId="77777777" w:rsidR="00F301F4" w:rsidRDefault="00000000">
      <w:r>
        <w:t xml:space="preserve">The Family is responsible for providing the Academy with true, complete and up-to-date data.</w:t>
      </w:r>
    </w:p>
    <w:p w14:paraId="6AD2985B" w14:textId="77777777" w:rsidR="00F301F4" w:rsidRDefault="00000000">
      <w:r>
        <w:t xml:space="preserve">Any change to relevant personal, contact, tax, bank, family, medical or academic data must be notified to the Academy in writing as far in advance as possible.</w:t>
      </w:r>
    </w:p>
    <w:p w14:paraId="2C2BC755" w14:textId="77777777" w:rsidR="00F301F4" w:rsidRDefault="00000000">
      <w:pPr>
        <w:pStyle w:val="Heading3"/>
      </w:pPr>
      <w:r>
        <w:t xml:space="preserve">67.2. Consequences of incorrect data</w:t>
      </w:r>
    </w:p>
    <w:p w14:paraId="268ACD7D" w14:textId="77777777" w:rsidR="00F301F4" w:rsidRDefault="00000000">
      <w:r>
        <w:t xml:space="preserve">The Academy is not responsible for errors, delays, administrative incidents, communications not received, registration problems, incorrectly issued documents or any other consequence of incomplete, incorrect, false or out-of-date data provided by the Family.</w:t>
      </w:r>
    </w:p>
    <w:p w14:paraId="35FA046F" w14:textId="77777777" w:rsidR="00F301F4" w:rsidRDefault="00000000">
      <w:pPr>
        <w:pStyle w:val="Heading3"/>
      </w:pPr>
      <w:r>
        <w:t xml:space="preserve">67.3. Third-party data</w:t>
      </w:r>
    </w:p>
    <w:p w14:paraId="5388EFDD" w14:textId="77777777" w:rsidR="00F301F4" w:rsidRDefault="00000000">
      <w:r>
        <w:t xml:space="preserve">When the Family provides personal data of third parties, such as persons authorised to collect the Student, the other parent, guardians, relatives or emergency contacts, the Family declares that it is entitled to provide these data to the Academy and undertakes to inform those persons of this where appropriate.</w:t>
      </w:r>
    </w:p>
    <w:p w14:paraId="4766CD72" w14:textId="77777777" w:rsidR="00F301F4" w:rsidRDefault="00000000">
      <w:pPr>
        <w:pStyle w:val="Heading2"/>
      </w:pPr>
      <w:r>
        <w:t xml:space="preserve">Article 68. Health data, specific needs and relevant circumstances</w:t>
      </w:r>
    </w:p>
    <w:p w14:paraId="4DE4784A" w14:textId="77777777" w:rsidR="00F301F4" w:rsidRDefault="00000000">
      <w:pPr>
        <w:pStyle w:val="Heading3"/>
      </w:pPr>
      <w:r>
        <w:t xml:space="preserve">68.1. Reporting relevant information</w:t>
      </w:r>
    </w:p>
    <w:p w14:paraId="50E77B9C" w14:textId="77777777" w:rsidR="00F301F4" w:rsidRDefault="00000000">
      <w:r>
        <w:t xml:space="preserve">The Family must inform the Academy of any information about the Student's health, allergies, intolerances, medication, specific educational needs or relevant personal or family circumstances that may affect their safety, wellbeing, participation in class or proper care at the Academy.</w:t>
      </w:r>
    </w:p>
    <w:p w14:paraId="5B7DE982" w14:textId="77777777" w:rsidR="00F301F4" w:rsidRDefault="00000000">
      <w:pPr>
        <w:pStyle w:val="Heading3"/>
      </w:pPr>
      <w:r>
        <w:t xml:space="preserve">68.2. Purpose and limited use</w:t>
      </w:r>
    </w:p>
    <w:p w14:paraId="08741844" w14:textId="77777777" w:rsidR="00F301F4" w:rsidRDefault="00000000">
      <w:r>
        <w:t xml:space="preserve">The Academy will process this information only when necessary for the Student's proper care, organising the service, preventing risks, managing incidents or complying with legal obligations.</w:t>
      </w:r>
    </w:p>
    <w:p w14:paraId="68D39BBA" w14:textId="77777777" w:rsidR="00F301F4" w:rsidRDefault="00000000">
      <w:r>
        <w:t xml:space="preserve">The information will be treated with due confidentiality and will not be used for purposes unrelated to the educational service or the Student's protection.</w:t>
      </w:r>
    </w:p>
    <w:p w14:paraId="190A2329" w14:textId="77777777" w:rsidR="00F301F4" w:rsidRDefault="00000000">
      <w:pPr>
        <w:pStyle w:val="Heading3"/>
      </w:pPr>
      <w:r>
        <w:t xml:space="preserve">68.3. Failure to report</w:t>
      </w:r>
    </w:p>
    <w:p w14:paraId="34F3A7A6" w14:textId="77777777" w:rsidR="00F301F4" w:rsidRDefault="00000000">
      <w:r>
        <w:t xml:space="preserve">The Academy is not responsible for the consequences of the Family failing to report relevant information, reporting it incompletely or failing to keep it up to date.</w:t>
      </w:r>
    </w:p>
    <w:p w14:paraId="02735749" w14:textId="77777777" w:rsidR="00F301F4" w:rsidRDefault="00000000">
      <w:pPr>
        <w:pStyle w:val="Heading2"/>
      </w:pPr>
      <w:r>
        <w:t xml:space="preserve">Article 69. Communications and digital tools</w:t>
      </w:r>
    </w:p>
    <w:p w14:paraId="1DE8460A" w14:textId="77777777" w:rsidR="00F301F4" w:rsidRDefault="00000000">
      <w:pPr>
        <w:pStyle w:val="Heading3"/>
      </w:pPr>
      <w:r>
        <w:t xml:space="preserve">69.1. Means of communication</w:t>
      </w:r>
    </w:p>
    <w:p w14:paraId="72D3C227" w14:textId="77777777" w:rsidR="00F301F4" w:rsidRDefault="00000000">
      <w:r>
        <w:t xml:space="preserve">The Academy may use email, WhatsApp, telephone, digital platforms, management apps, online educational tools or other similar means to communicate with the Family and provide the academic service.</w:t>
      </w:r>
    </w:p>
    <w:p w14:paraId="40CC3ED0" w14:textId="77777777" w:rsidR="00F301F4" w:rsidRDefault="00000000">
      <w:pPr>
        <w:pStyle w:val="Heading3"/>
      </w:pPr>
      <w:r>
        <w:t xml:space="preserve">69.2. Use of external tools</w:t>
      </w:r>
    </w:p>
    <w:p w14:paraId="76929A16" w14:textId="77777777" w:rsidR="00F301F4" w:rsidRDefault="00000000">
      <w:r>
        <w:t xml:space="preserve">When the Academy uses external digital tools, platforms or services for academic, administrative or educational management, data processing may also be subject to the technical and privacy conditions of those providers, insofar as they apply.</w:t>
      </w:r>
    </w:p>
    <w:p w14:paraId="712E26BD" w14:textId="77777777" w:rsidR="00F301F4" w:rsidRDefault="00000000">
      <w:r>
        <w:t xml:space="preserve">The Academy will try to use tools that are appropriate for the intended purpose and compatible with the proper management of the service.</w:t>
      </w:r>
    </w:p>
    <w:p w14:paraId="12911E78" w14:textId="77777777" w:rsidR="00F301F4" w:rsidRDefault="00000000">
      <w:pPr>
        <w:pStyle w:val="Heading3"/>
      </w:pPr>
      <w:r>
        <w:t xml:space="preserve">69.3. Responsibility of the Family</w:t>
      </w:r>
    </w:p>
    <w:p w14:paraId="644A942B" w14:textId="77777777" w:rsidR="00F301F4" w:rsidRDefault="00000000">
      <w:r>
        <w:t xml:space="preserve">The Family is responsible for the proper use of its own devices, accounts, email addresses, telephone numbers, logins, passwords and technical means used to communicate with the Academy or access digital resources.</w:t>
      </w:r>
    </w:p>
    <w:p w14:paraId="1C2326C4" w14:textId="77777777" w:rsidR="00F301F4" w:rsidRDefault="00000000">
      <w:pPr>
        <w:pStyle w:val="Heading2"/>
      </w:pPr>
      <w:r>
        <w:t xml:space="preserve">Article 70. Disclosure of data to third parties</w:t>
      </w:r>
    </w:p>
    <w:p w14:paraId="0B92EB52" w14:textId="77777777" w:rsidR="00F301F4" w:rsidRDefault="00000000">
      <w:pPr>
        <w:pStyle w:val="Heading3"/>
      </w:pPr>
      <w:r>
        <w:t xml:space="preserve">70.1. Necessary disclosures</w:t>
      </w:r>
    </w:p>
    <w:p w14:paraId="1E5A7285" w14:textId="77777777" w:rsidR="00F301F4" w:rsidRDefault="00000000">
      <w:r>
        <w:t xml:space="preserve">The Academy may disclose personal data of the Student or the Family to third parties when necessary to provide the service, manage official exams, comply with legal obligations, carry out accounting, tax or administrative management, respond to emergencies or for any other legitimate purpose connected with the relationship between the parties.</w:t>
      </w:r>
    </w:p>
    <w:p w14:paraId="0EE827F8" w14:textId="77777777" w:rsidR="00F301F4" w:rsidRDefault="00000000">
      <w:pPr>
        <w:pStyle w:val="Heading3"/>
      </w:pPr>
      <w:r>
        <w:t xml:space="preserve">70.2. Examining bodies</w:t>
      </w:r>
    </w:p>
    <w:p w14:paraId="7B520BCA" w14:textId="77777777" w:rsidR="00F301F4" w:rsidRDefault="00000000">
      <w:r>
        <w:t xml:space="preserve">When the Family requests or accepts the Student's registration for official exams, the Academy may disclose to the relevant examining body the data needed to process that registration, including identification and academic data and any other information required for the exam session.</w:t>
      </w:r>
    </w:p>
    <w:p w14:paraId="159B3527" w14:textId="77777777" w:rsidR="00F301F4" w:rsidRDefault="00000000">
      <w:r>
        <w:t xml:space="preserve">The Family is responsible for providing correct and complete data for this purpose.</w:t>
      </w:r>
    </w:p>
    <w:p w14:paraId="7E52DAE0" w14:textId="77777777" w:rsidR="00F301F4" w:rsidRDefault="00000000">
      <w:pPr>
        <w:pStyle w:val="Heading3"/>
      </w:pPr>
      <w:r>
        <w:t xml:space="preserve">70.3. Legal obligations</w:t>
      </w:r>
    </w:p>
    <w:p w14:paraId="4BA3CF0A" w14:textId="77777777" w:rsidR="00F301F4" w:rsidRDefault="00000000">
      <w:r>
        <w:t xml:space="preserve">The Academy may disclose personal data to public administrations, authorities, official bodies, advisers, banks, professional services or third parties when there is a legal or contractual obligation or a sufficient legitimate interest to do so.</w:t>
      </w:r>
    </w:p>
    <w:p w14:paraId="664AA2A6" w14:textId="77777777" w:rsidR="00F301F4" w:rsidRDefault="00000000">
      <w:pPr>
        <w:pStyle w:val="Heading2"/>
      </w:pPr>
      <w:r>
        <w:t xml:space="preserve">Article 71. Data retention</w:t>
      </w:r>
    </w:p>
    <w:p w14:paraId="584EA959" w14:textId="77777777" w:rsidR="00F301F4" w:rsidRDefault="00000000">
      <w:pPr>
        <w:pStyle w:val="Heading3"/>
      </w:pPr>
      <w:r>
        <w:t xml:space="preserve">71.1. Retention period</w:t>
      </w:r>
    </w:p>
    <w:p w14:paraId="5CC39C83" w14:textId="77777777" w:rsidR="00F301F4" w:rsidRDefault="00000000">
      <w:r>
        <w:t xml:space="preserve">The Academy will keep personal data for as long as necessary to provide the service, manage the relationship with the Family, comply with legal obligations and deal with any liabilities arising from the contractual relationship.</w:t>
      </w:r>
    </w:p>
    <w:p w14:paraId="57583DFB" w14:textId="77777777" w:rsidR="00F301F4" w:rsidRDefault="00000000">
      <w:pPr>
        <w:pStyle w:val="Heading3"/>
      </w:pPr>
      <w:r>
        <w:t xml:space="preserve">71.2. Academic and administrative data</w:t>
      </w:r>
    </w:p>
    <w:p w14:paraId="6F4EB1B4" w14:textId="77777777" w:rsidR="00F301F4" w:rsidRDefault="00000000">
      <w:r>
        <w:t xml:space="preserve">The Academy may keep academic, administrative and financial information about the Student for as long as necessary to prove the service provided, academic progress, payment management, the issue of certificates, dealing with enquiries or compliance with legal obligations.</w:t>
      </w:r>
    </w:p>
    <w:p w14:paraId="39043955" w14:textId="77777777" w:rsidR="00F301F4" w:rsidRDefault="00000000">
      <w:pPr>
        <w:pStyle w:val="Heading3"/>
      </w:pPr>
      <w:r>
        <w:t xml:space="preserve">71.3. Erasure or blocking</w:t>
      </w:r>
    </w:p>
    <w:p w14:paraId="72183DEE" w14:textId="77777777" w:rsidR="00F301F4" w:rsidRDefault="00000000">
      <w:r>
        <w:t xml:space="preserve">Once the relationship with the Family has ended, the data may be blocked or kept only for the periods required by law or needed to deal with possible liabilities, claims or administrative enquiries.</w:t>
      </w:r>
    </w:p>
    <w:p w14:paraId="270CBB50" w14:textId="77777777" w:rsidR="00F301F4" w:rsidRDefault="00000000">
      <w:pPr>
        <w:pStyle w:val="Heading2"/>
      </w:pPr>
      <w:r>
        <w:t xml:space="preserve">Article 72. Data protection rights</w:t>
      </w:r>
    </w:p>
    <w:p w14:paraId="2E7ABC9D" w14:textId="77777777" w:rsidR="00F301F4" w:rsidRDefault="00000000">
      <w:pPr>
        <w:pStyle w:val="Heading3"/>
      </w:pPr>
      <w:r>
        <w:t xml:space="preserve">72.1. Rights of the Family or the Student</w:t>
      </w:r>
    </w:p>
    <w:p w14:paraId="35A290A1" w14:textId="77777777" w:rsidR="00F301F4" w:rsidRDefault="00000000">
      <w:r>
        <w:t xml:space="preserve">The Family or, where applicable, the Student if they are an adult, may exercise the rights recognised by applicable data protection legislation, including, where appropriate, the rights of access, rectification, erasure, objection, restriction of processing and portability.</w:t>
      </w:r>
    </w:p>
    <w:p w14:paraId="38932FCE" w14:textId="77777777" w:rsidR="00F301F4" w:rsidRDefault="00000000">
      <w:pPr>
        <w:pStyle w:val="Heading3"/>
      </w:pPr>
      <w:r>
        <w:t xml:space="preserve">72.2. How to exercise these rights</w:t>
      </w:r>
    </w:p>
    <w:p w14:paraId="019DB7F9" w14:textId="77777777" w:rsidR="00F301F4" w:rsidRDefault="00000000">
      <w:r>
        <w:t xml:space="preserve">These rights must be exercised by written communication to the Academy, sufficiently identifying the person making the request and the right they wish to exercise.</w:t>
      </w:r>
    </w:p>
    <w:p w14:paraId="1AA77F89" w14:textId="77777777" w:rsidR="00F301F4" w:rsidRDefault="00000000">
      <w:r>
        <w:t xml:space="preserve">The Academy may request the documents needed to verify the identity of the person making the request before processing it.</w:t>
      </w:r>
    </w:p>
    <w:p w14:paraId="26D46777" w14:textId="77777777" w:rsidR="00F301F4" w:rsidRDefault="00000000">
      <w:pPr>
        <w:pStyle w:val="Heading3"/>
      </w:pPr>
      <w:r>
        <w:t xml:space="preserve">72.3. Limits on the exercise of rights</w:t>
      </w:r>
    </w:p>
    <w:p w14:paraId="3D920427" w14:textId="77777777" w:rsidR="00F301F4" w:rsidRDefault="00000000">
      <w:r>
        <w:t xml:space="preserve">The exercise of data protection rights may be limited where there is a legal obligation to retain data, an ongoing contractual relationship, an outstanding debt, a pending claim or any other legitimate reason justifying the retention or processing of the data under applicable law.</w:t>
      </w:r>
    </w:p>
    <w:p w14:paraId="25B62C0A" w14:textId="77777777" w:rsidR="00F301F4" w:rsidRDefault="00000000">
      <w:pPr>
        <w:pStyle w:val="Heading2"/>
      </w:pPr>
      <w:r>
        <w:t xml:space="preserve">Article 73. Use of the Student's image</w:t>
      </w:r>
    </w:p>
    <w:p w14:paraId="58C451F3" w14:textId="77777777" w:rsidR="00F301F4" w:rsidRDefault="00000000">
      <w:pPr>
        <w:pStyle w:val="Heading3"/>
      </w:pPr>
      <w:r>
        <w:t xml:space="preserve">73.1. Taking images</w:t>
      </w:r>
    </w:p>
    <w:p w14:paraId="7E88BAB4" w14:textId="77777777" w:rsidR="00F301F4" w:rsidRDefault="00000000">
      <w:r>
        <w:t xml:space="preserve">The Academy may take photographs, videos or recordings of activities, classes, workshops, events, projects, celebrations or situations related to academic life at the Academy, always in compliance with applicable law and the necessary authorisations.</w:t>
      </w:r>
    </w:p>
    <w:p w14:paraId="5E6F8D04" w14:textId="77777777" w:rsidR="00F301F4" w:rsidRDefault="00000000">
      <w:pPr>
        <w:pStyle w:val="Heading3"/>
      </w:pPr>
      <w:r>
        <w:t xml:space="preserve">73.2. Authorisation to use images</w:t>
      </w:r>
    </w:p>
    <w:p w14:paraId="7881B595" w14:textId="77777777" w:rsidR="00F301F4" w:rsidRDefault="00000000">
      <w:r>
        <w:t xml:space="preserve">Using the Student's image for promotional, informational, educational or external publication purposes will require the corresponding authorisation from the Family or from the Student if they are an adult, where legally required.</w:t>
      </w:r>
    </w:p>
    <w:p w14:paraId="231FFAE2" w14:textId="77777777" w:rsidR="00F301F4" w:rsidRDefault="00000000">
      <w:r>
        <w:t xml:space="preserve">This authorisation may be requested through a separate document, the Enrolment form, a specific communication or any other valid means used by the Academy.</w:t>
      </w:r>
    </w:p>
    <w:p w14:paraId="1CE87D5B" w14:textId="77777777" w:rsidR="00F301F4" w:rsidRDefault="00000000">
      <w:pPr>
        <w:pStyle w:val="Heading3"/>
      </w:pPr>
      <w:r>
        <w:t xml:space="preserve">73.3. Purposes of image use</w:t>
      </w:r>
    </w:p>
    <w:p w14:paraId="1E1DC9F4" w14:textId="77777777" w:rsidR="00F301F4" w:rsidRDefault="00000000">
      <w:r>
        <w:t xml:space="preserve">Where authorisation has been given, the Student's image may be used on the Academy's website, social media, promotional materials, posters, internal or external publications, informational communications, educational videos or any other medium connected with the Academy's activity.</w:t>
      </w:r>
    </w:p>
    <w:p w14:paraId="77D94A76" w14:textId="77777777" w:rsidR="00F301F4" w:rsidRDefault="00000000">
      <w:r>
        <w:t xml:space="preserve">The Academy will endeavour to use images respectfully, appropriately and proportionately.</w:t>
      </w:r>
    </w:p>
    <w:p w14:paraId="660A933E" w14:textId="77777777" w:rsidR="00F301F4" w:rsidRDefault="00000000">
      <w:pPr>
        <w:pStyle w:val="Heading2"/>
      </w:pPr>
      <w:r>
        <w:t xml:space="preserve">Article 74. Withdrawal of image authorisation</w:t>
      </w:r>
    </w:p>
    <w:p w14:paraId="3EBF8D76" w14:textId="77777777" w:rsidR="00F301F4" w:rsidRDefault="00000000">
      <w:pPr>
        <w:pStyle w:val="Heading3"/>
      </w:pPr>
      <w:r>
        <w:t xml:space="preserve">74.1. Withdrawal</w:t>
      </w:r>
    </w:p>
    <w:p w14:paraId="55A2BCD6" w14:textId="77777777" w:rsidR="00F301F4" w:rsidRDefault="00000000">
      <w:r>
        <w:t xml:space="preserve">The Family or the Student if they are an adult may withdraw the authorisation given for the use of images by written communication to the Academy.</w:t>
      </w:r>
    </w:p>
    <w:p w14:paraId="5F3336D5" w14:textId="77777777" w:rsidR="00F301F4" w:rsidRDefault="00000000">
      <w:r>
        <w:t xml:space="preserve">Withdrawal takes effect from its receipt by the Academy and does not apply retroactively to uses validly made before that date.</w:t>
      </w:r>
    </w:p>
    <w:p w14:paraId="4ACB6218" w14:textId="77777777" w:rsidR="00F301F4" w:rsidRDefault="00000000">
      <w:pPr>
        <w:pStyle w:val="Heading3"/>
      </w:pPr>
      <w:r>
        <w:t xml:space="preserve">74.2. Scope of withdrawal</w:t>
      </w:r>
    </w:p>
    <w:p w14:paraId="777F0EF4" w14:textId="77777777" w:rsidR="00F301F4" w:rsidRDefault="00000000">
      <w:r>
        <w:t xml:space="preserve">Once the withdrawal has been received, the Academy will stop using the Student's image in new publications or materials in which the Student can be identified, unless there is another legal basis permitting its use.</w:t>
      </w:r>
    </w:p>
    <w:p w14:paraId="606D977B" w14:textId="77777777" w:rsidR="00F301F4" w:rsidRDefault="00000000">
      <w:r>
        <w:t xml:space="preserve">Removing images that have already been published may depend on technical feasibility, the medium used, the Academy's actual control over that medium and applicable law.</w:t>
      </w:r>
    </w:p>
    <w:p w14:paraId="675938CD" w14:textId="77777777" w:rsidR="00F301F4" w:rsidRDefault="00000000">
      <w:pPr>
        <w:pStyle w:val="Heading3"/>
      </w:pPr>
      <w:r>
        <w:t xml:space="preserve">74.3. Group or incidental images</w:t>
      </w:r>
    </w:p>
    <w:p w14:paraId="64E4F89F" w14:textId="77777777" w:rsidR="00F301F4" w:rsidRDefault="00000000">
      <w:r>
        <w:t xml:space="preserve">The merely incidental, secondary or non-identifiable appearance of the Student in group or background images may be treated differently in accordance with applicable law and the specific circumstances of the publication.</w:t>
      </w:r>
    </w:p>
    <w:p w14:paraId="3F22D809" w14:textId="77777777" w:rsidR="00F301F4" w:rsidRDefault="00000000">
      <w:pPr>
        <w:pStyle w:val="Heading2"/>
      </w:pPr>
      <w:r>
        <w:t xml:space="preserve">Article 75. Recordings of classes and activities</w:t>
      </w:r>
    </w:p>
    <w:p w14:paraId="36C696CE" w14:textId="77777777" w:rsidR="00F301F4" w:rsidRDefault="00000000">
      <w:pPr>
        <w:pStyle w:val="Heading3"/>
      </w:pPr>
      <w:r>
        <w:t xml:space="preserve">75.1. Recordings made by the Academy</w:t>
      </w:r>
    </w:p>
    <w:p w14:paraId="7B9425E3" w14:textId="77777777" w:rsidR="00F301F4" w:rsidRDefault="00000000">
      <w:r>
        <w:t xml:space="preserve">The Academy may record classes, online sessions, activities, explanations, audiovisual materials or educational content when necessary or advisable for providing the service, academic organisation, internal training, monitoring the Student or creating teaching resources.</w:t>
      </w:r>
    </w:p>
    <w:p w14:paraId="7D7E797C" w14:textId="77777777" w:rsidR="00F301F4" w:rsidRDefault="00000000">
      <w:pPr>
        <w:pStyle w:val="Heading3"/>
      </w:pPr>
      <w:r>
        <w:t xml:space="preserve">75.2. Limited use</w:t>
      </w:r>
    </w:p>
    <w:p w14:paraId="78078C58" w14:textId="77777777" w:rsidR="00F301F4" w:rsidRDefault="00000000">
      <w:r>
        <w:t xml:space="preserve">Recordings made by the Academy will have the purpose communicated in each case and may not be used by the Family or the Student for purposes other than those authorised.</w:t>
      </w:r>
    </w:p>
    <w:p w14:paraId="54A00760" w14:textId="77777777" w:rsidR="00F301F4" w:rsidRDefault="00000000">
      <w:r>
        <w:t xml:space="preserve">When a recording includes the image or voice of other Students, its use is especially limited and it may not be distributed, shared, forwarded, published or made available to third parties without express authorisation.</w:t>
      </w:r>
    </w:p>
    <w:p w14:paraId="1A47CE03" w14:textId="77777777" w:rsidR="00F301F4" w:rsidRDefault="00000000">
      <w:pPr>
        <w:pStyle w:val="Heading3"/>
      </w:pPr>
      <w:r>
        <w:t xml:space="preserve">75.3. No unauthorised recordings</w:t>
      </w:r>
    </w:p>
    <w:p w14:paraId="4FB6FE4A" w14:textId="77777777" w:rsidR="00F301F4" w:rsidRDefault="00000000">
      <w:r>
        <w:t xml:space="preserve">The Student or the Family may not record, photograph, broadcast, distribute or share classes, conversations, explanations, materials, images, or the voices of teachers, other Students or Academy staff without prior express authorisation.</w:t>
      </w:r>
    </w:p>
    <w:p w14:paraId="3A463560" w14:textId="77777777" w:rsidR="00F301F4" w:rsidRDefault="00000000">
      <w:r>
        <w:t xml:space="preserve">Breaching this prohibition may lead to measures being taken by the Academy and, where appropriate, to the corresponding legal liability.</w:t>
      </w:r>
    </w:p>
    <w:p w14:paraId="327A6B35" w14:textId="77777777" w:rsidR="00F301F4" w:rsidRDefault="00000000">
      <w:pPr>
        <w:pStyle w:val="Heading2"/>
      </w:pPr>
      <w:r>
        <w:t xml:space="preserve">Article 76. Academy materials</w:t>
      </w:r>
    </w:p>
    <w:p w14:paraId="1D6FA719" w14:textId="77777777" w:rsidR="00F301F4" w:rsidRDefault="00000000">
      <w:pPr>
        <w:pStyle w:val="Heading3"/>
      </w:pPr>
      <w:r>
        <w:t xml:space="preserve">76.1. Ownership of materials</w:t>
      </w:r>
    </w:p>
    <w:p w14:paraId="5F6A3190" w14:textId="77777777" w:rsidR="00F301F4" w:rsidRDefault="00000000">
      <w:r>
        <w:t xml:space="preserve">The materials, activities, worksheets, presentations, documents, digital resources, exercises, audio, video, designs, content, lesson plans and other resources created or provided by the Academy belong to the Academy or to their respective owners, as appropriate.</w:t>
      </w:r>
    </w:p>
    <w:p w14:paraId="07FC4618" w14:textId="77777777" w:rsidR="00F301F4" w:rsidRDefault="00000000">
      <w:r>
        <w:t xml:space="preserve">Providing these materials to the Student or the Family does not transfer any intellectual property rights or authorise their use outside the academic context for which they were provided.</w:t>
      </w:r>
    </w:p>
    <w:p w14:paraId="7419C5F5" w14:textId="77777777" w:rsidR="00F301F4" w:rsidRDefault="00000000">
      <w:pPr>
        <w:pStyle w:val="Heading3"/>
      </w:pPr>
      <w:r>
        <w:t xml:space="preserve">76.2. Permitted use</w:t>
      </w:r>
    </w:p>
    <w:p w14:paraId="1BCC2D89" w14:textId="77777777" w:rsidR="00F301F4" w:rsidRDefault="00000000">
      <w:r>
        <w:t xml:space="preserve">The Family and the Student may use the materials provided by the Academy only for following the course, doing tasks, personal study and academic activities connected with the service contracted.</w:t>
      </w:r>
    </w:p>
    <w:p w14:paraId="02FB990B" w14:textId="77777777" w:rsidR="00F301F4" w:rsidRDefault="00000000">
      <w:pPr>
        <w:pStyle w:val="Heading3"/>
      </w:pPr>
      <w:r>
        <w:t xml:space="preserve">76.3. No reproduction or distribution</w:t>
      </w:r>
    </w:p>
    <w:p w14:paraId="092AFE49" w14:textId="77777777" w:rsidR="00F301F4" w:rsidRDefault="00000000">
      <w:r>
        <w:t xml:space="preserve">Reproducing, copying, distributing, publishing, selling, modifying, adapting, sharing, uploading to the internet, sending to third parties or making commercial use of the Academy's materials without prior express authorisation is prohibited.</w:t>
      </w:r>
    </w:p>
    <w:p w14:paraId="5169EE58" w14:textId="77777777" w:rsidR="00F301F4" w:rsidRDefault="00000000">
      <w:r>
        <w:t xml:space="preserve">This prohibition applies to both physical and digital materials, as well as to content sent by email, WhatsApp, online platforms or any other means.</w:t>
      </w:r>
    </w:p>
    <w:p w14:paraId="67E97CCD" w14:textId="77777777" w:rsidR="00F301F4" w:rsidRDefault="00000000">
      <w:pPr>
        <w:pStyle w:val="Heading2"/>
      </w:pPr>
      <w:r>
        <w:t xml:space="preserve">Article 77. Use of digital resources and educational platforms</w:t>
      </w:r>
    </w:p>
    <w:p w14:paraId="0365A309" w14:textId="77777777" w:rsidR="00F301F4" w:rsidRDefault="00000000">
      <w:pPr>
        <w:pStyle w:val="Heading3"/>
      </w:pPr>
      <w:r>
        <w:t xml:space="preserve">77.1. Access to digital resources</w:t>
      </w:r>
    </w:p>
    <w:p w14:paraId="6D2C4C96" w14:textId="77777777" w:rsidR="00F301F4" w:rsidRDefault="00000000">
      <w:r>
        <w:t xml:space="preserve">The Academy may give the Student access to educational platforms, online resources, digital content, links, apps or technological tools connected with the course.</w:t>
      </w:r>
    </w:p>
    <w:p w14:paraId="5782F8CC" w14:textId="77777777" w:rsidR="00F301F4" w:rsidRDefault="00000000">
      <w:r>
        <w:t xml:space="preserve">Access to these resources may depend on technical availability, the conditions of external providers, compliance with the rules of use and, where applicable, payment of the corresponding amounts.</w:t>
      </w:r>
    </w:p>
    <w:p w14:paraId="568F8FF0" w14:textId="77777777" w:rsidR="00F301F4" w:rsidRDefault="00000000">
      <w:pPr>
        <w:pStyle w:val="Heading3"/>
      </w:pPr>
      <w:r>
        <w:t xml:space="preserve">77.2. Appropriate use</w:t>
      </w:r>
    </w:p>
    <w:p w14:paraId="5C91BE41" w14:textId="77777777" w:rsidR="00F301F4" w:rsidRDefault="00000000">
      <w:r>
        <w:t xml:space="preserve">The Student and the Family must use digital resources appropriately, respectfully and in line with their educational purpose.</w:t>
      </w:r>
    </w:p>
    <w:p w14:paraId="5E3CBC2C" w14:textId="77777777" w:rsidR="00F301F4" w:rsidRDefault="00000000">
      <w:r>
        <w:t xml:space="preserve">Sharing logins, passwords, private links, restricted materials or content provided by the Academy with people outside the course is not permitted without express authorisation.</w:t>
      </w:r>
    </w:p>
    <w:p w14:paraId="5B0BC7CA" w14:textId="77777777" w:rsidR="00F301F4" w:rsidRDefault="00000000">
      <w:pPr>
        <w:pStyle w:val="Heading3"/>
      </w:pPr>
      <w:r>
        <w:t xml:space="preserve">77.3. Technical issues</w:t>
      </w:r>
    </w:p>
    <w:p w14:paraId="6DFC681F" w14:textId="77777777" w:rsidR="00F301F4" w:rsidRDefault="00000000">
      <w:r>
        <w:t xml:space="preserve">The Academy is not responsible for technical issues attributable to devices, connections, settings, accounts, external platforms or services outside its direct control.</w:t>
      </w:r>
    </w:p>
    <w:p w14:paraId="07336201" w14:textId="77777777" w:rsidR="00F301F4" w:rsidRDefault="00000000">
      <w:r>
        <w:t xml:space="preserve">Where possible, the Academy may offer basic guidance to help access digital resources, without accepting responsibility for the functioning of external technical means.</w:t>
      </w:r>
    </w:p>
    <w:p w14:paraId="594373D6" w14:textId="77777777" w:rsidR="00F301F4" w:rsidRDefault="00000000">
      <w:pPr>
        <w:pStyle w:val="Heading2"/>
      </w:pPr>
      <w:r>
        <w:t xml:space="preserve">Article 78. Confidentiality and protection of third parties</w:t>
      </w:r>
    </w:p>
    <w:p w14:paraId="0BBFD0C8" w14:textId="77777777" w:rsidR="00F301F4" w:rsidRDefault="00000000">
      <w:pPr>
        <w:pStyle w:val="Heading3"/>
      </w:pPr>
      <w:r>
        <w:t xml:space="preserve">78.1. Information about other Students and Families</w:t>
      </w:r>
    </w:p>
    <w:p w14:paraId="58B93BAE" w14:textId="77777777" w:rsidR="00F301F4" w:rsidRDefault="00000000">
      <w:r>
        <w:t xml:space="preserve">The Family and the Student must respect the privacy, image, voice, personal data and information of other Students, Families, teachers and Academy staff.</w:t>
      </w:r>
    </w:p>
    <w:p w14:paraId="553376CC" w14:textId="77777777" w:rsidR="00F301F4" w:rsidRDefault="00000000">
      <w:r>
        <w:t xml:space="preserve">Distributing, sharing, recording, photographing, commenting publicly on or using information about third parties obtained at the Academy without the corresponding authorisation is not permitted.</w:t>
      </w:r>
    </w:p>
    <w:p w14:paraId="3261623A" w14:textId="77777777" w:rsidR="00F301F4" w:rsidRDefault="00000000">
      <w:pPr>
        <w:pStyle w:val="Heading3"/>
      </w:pPr>
      <w:r>
        <w:t xml:space="preserve">78.2. Shared groups, activities and communications</w:t>
      </w:r>
    </w:p>
    <w:p w14:paraId="5D02170C" w14:textId="77777777" w:rsidR="00F301F4" w:rsidRDefault="00000000">
      <w:r>
        <w:t xml:space="preserve">When the Academy uses groups, broadcast lists, platforms or group communications, the Family must use them respectfully and only for the relevant communication or educational purpose.</w:t>
      </w:r>
    </w:p>
    <w:p w14:paraId="343B083E" w14:textId="77777777" w:rsidR="00F301F4" w:rsidRDefault="00000000">
      <w:r>
        <w:t xml:space="preserve">Being included in a group or group communication does not authorise the use of other Families', Students' or staff members' contact details for purposes unrelated to the service.</w:t>
      </w:r>
    </w:p>
    <w:p w14:paraId="57B8070B" w14:textId="77777777" w:rsidR="00F301F4" w:rsidRDefault="00000000">
      <w:pPr>
        <w:pStyle w:val="Heading3"/>
      </w:pPr>
      <w:r>
        <w:t xml:space="preserve">78.3. Liability for misuse</w:t>
      </w:r>
    </w:p>
    <w:p w14:paraId="49F306A4" w14:textId="77777777" w:rsidR="00F301F4" w:rsidRDefault="00000000">
      <w:r>
        <w:t xml:space="preserve">The Family is liable for any misuse of third parties' data, images, recordings, materials or information by the Student when attributable to the Student or to a lack of proper supervision, without prejudice to any legal liability.</w:t>
      </w:r>
    </w:p>
    <w:p w14:paraId="0B528CA9" w14:textId="77777777" w:rsidR="00F301F4" w:rsidRDefault="00000000">
      <w:pPr>
        <w:pStyle w:val="Heading2"/>
      </w:pPr>
      <w:r>
        <w:t xml:space="preserve">Article 79. Publications, social media and online presence</w:t>
      </w:r>
    </w:p>
    <w:p w14:paraId="78EAE304" w14:textId="77777777" w:rsidR="00F301F4" w:rsidRDefault="00000000">
      <w:pPr>
        <w:pStyle w:val="Heading3"/>
      </w:pPr>
      <w:r>
        <w:t xml:space="preserve">79.1. The Academy's channels</w:t>
      </w:r>
    </w:p>
    <w:p w14:paraId="6614166C" w14:textId="77777777" w:rsidR="00F301F4" w:rsidRDefault="00000000">
      <w:r>
        <w:t xml:space="preserve">The Academy may use its website, social media, digital platforms, promotional materials, online communications or other channels to provide information about its services, activities, projects, events, methodology and general operation.</w:t>
      </w:r>
    </w:p>
    <w:p w14:paraId="2BAD24BF" w14:textId="77777777" w:rsidR="00F301F4" w:rsidRDefault="00000000">
      <w:pPr>
        <w:pStyle w:val="Heading3"/>
      </w:pPr>
      <w:r>
        <w:t xml:space="preserve">79.2. Content published by the Academy</w:t>
      </w:r>
    </w:p>
    <w:p w14:paraId="2C67825D" w14:textId="77777777" w:rsidR="00F301F4" w:rsidRDefault="00000000">
      <w:r>
        <w:t xml:space="preserve">The Academy will endeavour to ensure that published content respects the image, privacy and dignity of Students, Families, teachers and staff.</w:t>
      </w:r>
    </w:p>
    <w:p w14:paraId="1A00EE7F" w14:textId="77777777" w:rsidR="00F301F4" w:rsidRDefault="00000000">
      <w:r>
        <w:t xml:space="preserve">When content includes images or identifying details of Students, the corresponding authorisations and applicable law will be followed.</w:t>
      </w:r>
    </w:p>
    <w:p w14:paraId="30CA4745" w14:textId="77777777" w:rsidR="00F301F4" w:rsidRDefault="00000000">
      <w:pPr>
        <w:pStyle w:val="Heading3"/>
      </w:pPr>
      <w:r>
        <w:t xml:space="preserve">79.3. Third-party comments or posts</w:t>
      </w:r>
    </w:p>
    <w:p w14:paraId="5B1CE055" w14:textId="77777777" w:rsidR="00F301F4" w:rsidRDefault="00000000">
      <w:r>
        <w:t xml:space="preserve">The Family and the Student must refrain from posting comments, reviews, messages or content that include personal data, images, recordings, accusations, insults, threats or private information about other Students, Families, teachers or Academy staff.</w:t>
      </w:r>
    </w:p>
    <w:p w14:paraId="7DD6F48B" w14:textId="77777777" w:rsidR="00F301F4" w:rsidRDefault="00000000">
      <w:r>
        <w:t xml:space="preserve">Opinions, complaints or claims may be legitimately expressed, provided that applicable law and the rights of third parties are respected.</w:t>
      </w:r>
    </w:p>
    <w:p w14:paraId="3A706644" w14:textId="77777777" w:rsidR="00F301F4" w:rsidRDefault="00000000">
      <w:pPr>
        <w:pStyle w:val="Heading1"/>
      </w:pPr>
      <w:r>
        <w:t xml:space="preserve">CHAPTER IX. ACCEPTANCE, AMENDMENT AND VALIDITY OF THE GENERAL TERMS</w:t>
      </w:r>
    </w:p>
    <w:p w14:paraId="05101C98" w14:textId="77777777" w:rsidR="00F301F4" w:rsidRDefault="00000000">
      <w:pPr>
        <w:pStyle w:val="Heading2"/>
      </w:pPr>
      <w:r>
        <w:t xml:space="preserve">Article 80. Acceptance of the General Terms</w:t>
      </w:r>
    </w:p>
    <w:p w14:paraId="5625972F" w14:textId="77777777" w:rsidR="00F301F4" w:rsidRDefault="00000000">
      <w:pPr>
        <w:pStyle w:val="Heading3"/>
      </w:pPr>
      <w:r>
        <w:t xml:space="preserve">80.1. Acceptance by the Family</w:t>
      </w:r>
    </w:p>
    <w:p w14:paraId="7B25C71A" w14:textId="77777777" w:rsidR="00F301F4" w:rsidRDefault="00000000">
      <w:r>
        <w:t xml:space="preserve">Completing Enrolment, reserving a Place, paying any amount connected with the service or the Student attending classes implies acceptance of these General Terms by the Family or, where applicable, by the Student if they are an adult.</w:t>
      </w:r>
    </w:p>
    <w:p w14:paraId="73543943" w14:textId="77777777" w:rsidR="00F301F4" w:rsidRDefault="00000000">
      <w:r>
        <w:t xml:space="preserve">Accepting these General Terms implies knowledge of and agreement with the academic, administrative, financial, organisational and operational rules established by the Academy.</w:t>
      </w:r>
    </w:p>
    <w:p w14:paraId="0125B342" w14:textId="77777777" w:rsidR="00F301F4" w:rsidRDefault="00000000">
      <w:pPr>
        <w:pStyle w:val="Heading3"/>
      </w:pPr>
      <w:r>
        <w:t xml:space="preserve">80.2. Obligation to comply</w:t>
      </w:r>
    </w:p>
    <w:p w14:paraId="1E5A9E74" w14:textId="77777777" w:rsidR="00F301F4" w:rsidRDefault="00000000">
      <w:r>
        <w:t xml:space="preserve">The Family and the Student are bound by these General Terms for as long as the Student remains at the Academy.</w:t>
      </w:r>
    </w:p>
    <w:p w14:paraId="157D99D1" w14:textId="77777777" w:rsidR="00F301F4" w:rsidRDefault="00000000">
      <w:r>
        <w:t xml:space="preserve">This obligation applies regardless of whether Enrolment was completed in person, online, by email, WhatsApp, bank transfer, Bizum, direct debit or any other means accepted by the Academy.</w:t>
      </w:r>
    </w:p>
    <w:p w14:paraId="0E82A575" w14:textId="77777777" w:rsidR="00F301F4" w:rsidRDefault="00000000">
      <w:pPr>
        <w:pStyle w:val="Heading3"/>
      </w:pPr>
      <w:r>
        <w:t xml:space="preserve">80.3. Students who are minors</w:t>
      </w:r>
    </w:p>
    <w:p w14:paraId="45123004" w14:textId="77777777" w:rsidR="00F301F4" w:rsidRDefault="00000000">
      <w:r>
        <w:t xml:space="preserve">For Students who are minors, acceptance of these General Terms is the responsibility of their father, mother, legal guardian or authorised representative.</w:t>
      </w:r>
    </w:p>
    <w:p w14:paraId="65C8D59E" w14:textId="77777777" w:rsidR="00F301F4" w:rsidRDefault="00000000">
      <w:r>
        <w:t xml:space="preserve">The Family is responsible for informing the Student, in a way appropriate to their age and maturity, of the rules of conduct, attendance, coexistence and operation that apply to them.</w:t>
      </w:r>
    </w:p>
    <w:p w14:paraId="64B7ED8E" w14:textId="77777777" w:rsidR="00F301F4" w:rsidRDefault="00000000">
      <w:pPr>
        <w:pStyle w:val="Heading2"/>
      </w:pPr>
      <w:r>
        <w:t xml:space="preserve">Article 81. Availability of and access to the General Terms</w:t>
      </w:r>
    </w:p>
    <w:p w14:paraId="7F2154A5" w14:textId="77777777" w:rsidR="00F301F4" w:rsidRDefault="00000000">
      <w:pPr>
        <w:pStyle w:val="Heading3"/>
      </w:pPr>
      <w:r>
        <w:t xml:space="preserve">81.1. Making the General Terms available</w:t>
      </w:r>
    </w:p>
    <w:p w14:paraId="3CB94C02" w14:textId="77777777" w:rsidR="00F301F4" w:rsidRDefault="00000000">
      <w:r>
        <w:t xml:space="preserve">The Academy will make these General Terms available to Families through the means it considers appropriate, including its website, digital copies, email, WhatsApp, printed documents or any other medium that allows them to be consulted.</w:t>
      </w:r>
    </w:p>
    <w:p w14:paraId="2BA5AB31" w14:textId="77777777" w:rsidR="00F301F4" w:rsidRDefault="00000000">
      <w:pPr>
        <w:pStyle w:val="Heading3"/>
      </w:pPr>
      <w:r>
        <w:t xml:space="preserve">81.2. Consultation by the Family</w:t>
      </w:r>
    </w:p>
    <w:p w14:paraId="0DA52EB3" w14:textId="77777777" w:rsidR="00F301F4" w:rsidRDefault="00000000">
      <w:r>
        <w:t xml:space="preserve">The Family is responsible for reading, understanding and consulting the General Terms before completing Enrolment or continuing with the service.</w:t>
      </w:r>
    </w:p>
    <w:p w14:paraId="14FD4FD6" w14:textId="77777777" w:rsidR="00F301F4" w:rsidRDefault="00000000">
      <w:r>
        <w:t xml:space="preserve">Not having read the General Terms does not release the Family from complying with them once the Academy has made them available.</w:t>
      </w:r>
    </w:p>
    <w:p w14:paraId="54EC912B" w14:textId="77777777" w:rsidR="00F301F4" w:rsidRDefault="00000000">
      <w:pPr>
        <w:pStyle w:val="Heading3"/>
      </w:pPr>
      <w:r>
        <w:t xml:space="preserve">81.3. Requesting a copy</w:t>
      </w:r>
    </w:p>
    <w:p w14:paraId="128A02F4" w14:textId="77777777" w:rsidR="00F301F4" w:rsidRDefault="00000000">
      <w:r>
        <w:t xml:space="preserve">The Family may ask the Academy for a copy of the General Terms in force at any time.</w:t>
      </w:r>
    </w:p>
    <w:p w14:paraId="53A0066F" w14:textId="77777777" w:rsidR="00F301F4" w:rsidRDefault="00000000">
      <w:r>
        <w:t xml:space="preserve">The Academy will provide this copy by reasonable means, preferably in digital format.</w:t>
      </w:r>
    </w:p>
    <w:p w14:paraId="3D23A837" w14:textId="77777777" w:rsidR="00F301F4" w:rsidRDefault="00000000">
      <w:pPr>
        <w:pStyle w:val="Heading2"/>
      </w:pPr>
      <w:r>
        <w:t xml:space="preserve">Article 82. Amendment of the General Terms</w:t>
      </w:r>
    </w:p>
    <w:p w14:paraId="1BF9224B" w14:textId="77777777" w:rsidR="00F301F4" w:rsidRDefault="00000000">
      <w:pPr>
        <w:pStyle w:val="Heading3"/>
      </w:pPr>
      <w:r>
        <w:t xml:space="preserve">82.1. Right to amend</w:t>
      </w:r>
    </w:p>
    <w:p w14:paraId="3FA568B2" w14:textId="77777777" w:rsidR="00F301F4" w:rsidRDefault="00000000">
      <w:r>
        <w:t xml:space="preserve">The Academy may amend, update or adapt these General Terms when necessary for legal, organisational, academic, financial, administrative, technical, educational or operational reasons.</w:t>
      </w:r>
    </w:p>
    <w:p w14:paraId="47AE3926" w14:textId="77777777" w:rsidR="00F301F4" w:rsidRDefault="00000000">
      <w:r>
        <w:t xml:space="preserve">Amendments may be made, among other reasons, because of changes in legislation, changes in the services offered, updated prices or procedures, new tools, internal reorganisation or the need to make the applicable conditions clearer and more effective.</w:t>
      </w:r>
    </w:p>
    <w:p w14:paraId="01D34166" w14:textId="77777777" w:rsidR="00F301F4" w:rsidRDefault="00000000">
      <w:pPr>
        <w:pStyle w:val="Heading3"/>
      </w:pPr>
      <w:r>
        <w:t xml:space="preserve">82.2. Notification of amendments</w:t>
      </w:r>
    </w:p>
    <w:p w14:paraId="20808A52" w14:textId="77777777" w:rsidR="00F301F4" w:rsidRDefault="00000000">
      <w:r>
        <w:t xml:space="preserve">When amendments significantly affect the relationship with the Family, the Academy will try to communicate them through the usual contact channels or make them available to Families through its official channels.</w:t>
      </w:r>
    </w:p>
    <w:p w14:paraId="7E474255" w14:textId="77777777" w:rsidR="00F301F4" w:rsidRDefault="00000000">
      <w:r>
        <w:t xml:space="preserve">This may be done by email, WhatsApp, the website, an information notice, a digital document or any other means used by the Academy.</w:t>
      </w:r>
    </w:p>
    <w:p w14:paraId="0EC89FDB" w14:textId="77777777" w:rsidR="00F301F4" w:rsidRDefault="00000000">
      <w:pPr>
        <w:pStyle w:val="Heading3"/>
      </w:pPr>
      <w:r>
        <w:t xml:space="preserve">82.3. Entry into force of amendments</w:t>
      </w:r>
    </w:p>
    <w:p w14:paraId="41A95A78" w14:textId="77777777" w:rsidR="00F301F4" w:rsidRDefault="00000000">
      <w:r>
        <w:t xml:space="preserve">Amendments to the General Terms will enter into force from the date indicated by the Academy or, failing that, from the moment they are communicated or made available to Families.</w:t>
      </w:r>
    </w:p>
    <w:p w14:paraId="19007321" w14:textId="77777777" w:rsidR="00F301F4" w:rsidRDefault="00000000">
      <w:r>
        <w:t xml:space="preserve">The Student's continued attendance at the Academy after the amendments have been communicated or made available implies acceptance of the new conditions, unless the Family formally notifies withdrawal in accordance with these General Terms.</w:t>
      </w:r>
    </w:p>
    <w:p w14:paraId="414D820B" w14:textId="77777777" w:rsidR="00F301F4" w:rsidRDefault="00000000">
      <w:pPr>
        <w:pStyle w:val="Heading2"/>
      </w:pPr>
      <w:r>
        <w:t xml:space="preserve">Article 83. Specific conditions and particular communications</w:t>
      </w:r>
    </w:p>
    <w:p w14:paraId="5582BDA8" w14:textId="77777777" w:rsidR="00F301F4" w:rsidRDefault="00000000">
      <w:pPr>
        <w:pStyle w:val="Heading3"/>
      </w:pPr>
      <w:r>
        <w:t xml:space="preserve">83.1. Specific conditions</w:t>
      </w:r>
    </w:p>
    <w:p w14:paraId="13B2B1D2" w14:textId="77777777" w:rsidR="00F301F4" w:rsidRDefault="00000000">
      <w:r>
        <w:t xml:space="preserve">The Academy may set specific conditions for certain courses, services, groups, formats, activities, exams, promotions, discounts or particular situations.</w:t>
      </w:r>
    </w:p>
    <w:p w14:paraId="495C8C52" w14:textId="77777777" w:rsidR="00F301F4" w:rsidRDefault="00000000">
      <w:r>
        <w:t xml:space="preserve">These specific conditions apply only to the particular case for which they were communicated or accepted and do not change the rest of these General Terms unless expressly stated.</w:t>
      </w:r>
    </w:p>
    <w:p w14:paraId="7E80071E" w14:textId="77777777" w:rsidR="00F301F4" w:rsidRDefault="00000000">
      <w:pPr>
        <w:pStyle w:val="Heading3"/>
      </w:pPr>
      <w:r>
        <w:t xml:space="preserve">83.2. Precedence of specific conditions</w:t>
      </w:r>
    </w:p>
    <w:p w14:paraId="109E083B" w14:textId="77777777" w:rsidR="00F301F4" w:rsidRDefault="00000000">
      <w:r>
        <w:t xml:space="preserve">In the event of a conflict between a specific condition expressly communicated by the Academy and a general provision in these General Terms, the specific condition will prevail only for the particular case to which it refers.</w:t>
      </w:r>
    </w:p>
    <w:p w14:paraId="19AE7C81" w14:textId="77777777" w:rsidR="00F301F4" w:rsidRDefault="00000000">
      <w:r>
        <w:t xml:space="preserve">In all matters not expressly covered by the specific condition, these General Terms will continue to apply.</w:t>
      </w:r>
    </w:p>
    <w:p w14:paraId="55EB15C3" w14:textId="77777777" w:rsidR="00F301F4" w:rsidRDefault="00000000">
      <w:pPr>
        <w:pStyle w:val="Heading3"/>
      </w:pPr>
      <w:r>
        <w:t xml:space="preserve">83.3. Informational communications</w:t>
      </w:r>
    </w:p>
    <w:p w14:paraId="36AEBCD2" w14:textId="77777777" w:rsidR="00F301F4" w:rsidRDefault="00000000">
      <w:r>
        <w:t xml:space="preserve">Commercial, informational, promotional or merely indicative communications from the Academy do not change these General Terms unless they expressly state otherwise.</w:t>
      </w:r>
    </w:p>
    <w:p w14:paraId="688E9C1A" w14:textId="77777777" w:rsidR="00F301F4" w:rsidRDefault="00000000">
      <w:pPr>
        <w:pStyle w:val="Heading2"/>
      </w:pPr>
      <w:r>
        <w:t xml:space="preserve">Article 84. Partial invalidity</w:t>
      </w:r>
    </w:p>
    <w:p w14:paraId="42078D27" w14:textId="77777777" w:rsidR="00F301F4" w:rsidRDefault="00000000">
      <w:pPr>
        <w:pStyle w:val="Heading3"/>
      </w:pPr>
      <w:r>
        <w:t xml:space="preserve">84.1. Validity of the remaining terms</w:t>
      </w:r>
    </w:p>
    <w:p w14:paraId="36BEE6BD" w14:textId="77777777" w:rsidR="00F301F4" w:rsidRDefault="00000000">
      <w:r>
        <w:t xml:space="preserve">If any clause, article, section or provision of these General Terms is declared null, invalid, ineffective or inapplicable, this will not affect the validity, effectiveness or applicability of the rest of the document.</w:t>
      </w:r>
    </w:p>
    <w:p w14:paraId="54A6A4C5" w14:textId="77777777" w:rsidR="00F301F4" w:rsidRDefault="00000000">
      <w:r>
        <w:t xml:space="preserve">The remaining provisions will continue to be fully valid and enforceable to the extent permitted by applicable law.</w:t>
      </w:r>
    </w:p>
    <w:p w14:paraId="180BF7AE" w14:textId="77777777" w:rsidR="00F301F4" w:rsidRDefault="00000000">
      <w:pPr>
        <w:pStyle w:val="Heading3"/>
      </w:pPr>
      <w:r>
        <w:t xml:space="preserve">84.2. Replacement or adaptation</w:t>
      </w:r>
    </w:p>
    <w:p w14:paraId="1E298715" w14:textId="77777777" w:rsidR="00F301F4" w:rsidRDefault="00000000">
      <w:r>
        <w:t xml:space="preserve">When a provision is null, invalid, ineffective or inapplicable, the Academy may replace or adapt it with another lawful provision that comes as close as possible to the financial, organisational or legal purpose originally intended.</w:t>
      </w:r>
    </w:p>
    <w:p w14:paraId="3A30054C" w14:textId="77777777" w:rsidR="00F301F4" w:rsidRDefault="00000000">
      <w:pPr>
        <w:pStyle w:val="Heading2"/>
      </w:pPr>
      <w:r>
        <w:t xml:space="preserve">Article 85. No waiver of rights</w:t>
      </w:r>
    </w:p>
    <w:p w14:paraId="5F481830" w14:textId="77777777" w:rsidR="00F301F4" w:rsidRDefault="00000000">
      <w:pPr>
        <w:pStyle w:val="Heading3"/>
      </w:pPr>
      <w:r>
        <w:t xml:space="preserve">85.1. Occasional tolerance</w:t>
      </w:r>
    </w:p>
    <w:p w14:paraId="6BD4D2A2" w14:textId="77777777" w:rsidR="00F301F4" w:rsidRDefault="00000000">
      <w:r>
        <w:t xml:space="preserve">The Academy's failure to immediately exercise any right, power or action provided for in these General Terms does not mean it waives the right to exercise it later.</w:t>
      </w:r>
    </w:p>
    <w:p w14:paraId="5EA191F4" w14:textId="77777777" w:rsidR="00F301F4" w:rsidRDefault="00000000">
      <w:r>
        <w:t xml:space="preserve">Occasionally tolerating delays, breaches, exceptions, late communications, late payments or particular situations does not create any acquired right for the Family or change the applicable General Terms.</w:t>
      </w:r>
    </w:p>
    <w:p w14:paraId="77691647" w14:textId="77777777" w:rsidR="00F301F4" w:rsidRDefault="00000000">
      <w:pPr>
        <w:pStyle w:val="Heading3"/>
      </w:pPr>
      <w:r>
        <w:t xml:space="preserve">85.2. Individual exceptions</w:t>
      </w:r>
    </w:p>
    <w:p w14:paraId="15889D6D" w14:textId="77777777" w:rsidR="00F301F4" w:rsidRDefault="00000000">
      <w:r>
        <w:t xml:space="preserve">Any exception, flexibility, discount, deadline extension, payment plan, organisational change or particular measure granted by the Academy is individual and one-off and does not become established practice, unless expressly agreed otherwise.</w:t>
      </w:r>
    </w:p>
    <w:p w14:paraId="350C2D59" w14:textId="77777777" w:rsidR="00F301F4" w:rsidRDefault="00000000">
      <w:pPr>
        <w:pStyle w:val="Heading2"/>
      </w:pPr>
      <w:r>
        <w:t xml:space="preserve">Article 86. Good faith</w:t>
      </w:r>
    </w:p>
    <w:p w14:paraId="2F348580" w14:textId="77777777" w:rsidR="00F301F4" w:rsidRDefault="00000000">
      <w:pPr>
        <w:pStyle w:val="Heading3"/>
      </w:pPr>
      <w:r>
        <w:t xml:space="preserve">86.1. Principle of good faith</w:t>
      </w:r>
    </w:p>
    <w:p w14:paraId="0CF254FF" w14:textId="77777777" w:rsidR="00F301F4" w:rsidRDefault="00000000">
      <w:r>
        <w:t xml:space="preserve">The relationship between the Academy and the Family must be conducted in good faith, with mutual cooperation, respect, transparency and loyalty.</w:t>
      </w:r>
    </w:p>
    <w:p w14:paraId="47B377C7" w14:textId="77777777" w:rsidR="00F301F4" w:rsidRDefault="00000000">
      <w:r>
        <w:t xml:space="preserve">Both parties undertake to act reasonably to support the proper running of the educational service and to resolve any issues that may arise during the relationship.</w:t>
      </w:r>
    </w:p>
    <w:p w14:paraId="4B06EF86" w14:textId="77777777" w:rsidR="00F301F4" w:rsidRDefault="00000000">
      <w:pPr>
        <w:pStyle w:val="Heading3"/>
      </w:pPr>
      <w:r>
        <w:t xml:space="preserve">86.2. Duty to cooperate</w:t>
      </w:r>
    </w:p>
    <w:p w14:paraId="641FC689" w14:textId="77777777" w:rsidR="00F301F4" w:rsidRDefault="00000000">
      <w:r>
        <w:t xml:space="preserve">The Family must cooperate with the Academy by providing the necessary information, meeting the established deadlines, responding to relevant communications and respecting the Academy's academic, financial and administrative procedures.</w:t>
      </w:r>
    </w:p>
    <w:p w14:paraId="32107453" w14:textId="77777777" w:rsidR="00F301F4" w:rsidRDefault="00000000">
      <w:r>
        <w:t xml:space="preserve">For its part, the Academy will provide the contracted service with professional diligence and in accordance with its teaching, organisational and operational criteria.</w:t>
      </w:r>
    </w:p>
    <w:p w14:paraId="3C4B65F9" w14:textId="77777777" w:rsidR="00F301F4" w:rsidRDefault="00000000">
      <w:pPr>
        <w:pStyle w:val="Heading2"/>
      </w:pPr>
      <w:r>
        <w:t xml:space="preserve">Article 87. Applicable law</w:t>
      </w:r>
    </w:p>
    <w:p w14:paraId="3393E8C9" w14:textId="77777777" w:rsidR="00F301F4" w:rsidRDefault="00000000">
      <w:pPr>
        <w:pStyle w:val="Heading3"/>
      </w:pPr>
      <w:r>
        <w:t xml:space="preserve">87.1. Applicable legislation</w:t>
      </w:r>
    </w:p>
    <w:p w14:paraId="4C562D01" w14:textId="77777777" w:rsidR="00F301F4" w:rsidRDefault="00000000">
      <w:r>
        <w:t xml:space="preserve">These General Terms are governed by the Spanish legislation in force applicable to the relationship between the Academy and the Family.</w:t>
      </w:r>
    </w:p>
    <w:p w14:paraId="21094BDE" w14:textId="77777777" w:rsidR="00F301F4" w:rsidRDefault="00000000">
      <w:pPr>
        <w:pStyle w:val="Heading3"/>
      </w:pPr>
      <w:r>
        <w:t xml:space="preserve">87.2. Interpretation in accordance with the law</w:t>
      </w:r>
    </w:p>
    <w:p w14:paraId="7CB04894" w14:textId="77777777" w:rsidR="00F301F4" w:rsidRDefault="00000000">
      <w:r>
        <w:t xml:space="preserve">These General Terms must be interpreted in accordance with applicable law, contractual good faith and the nature of the educational service provided by a private academy.</w:t>
      </w:r>
    </w:p>
    <w:p w14:paraId="11DD5A2B" w14:textId="77777777" w:rsidR="00F301F4" w:rsidRDefault="00000000">
      <w:pPr>
        <w:pStyle w:val="Heading2"/>
      </w:pPr>
      <w:r>
        <w:t xml:space="preserve">Article 88. Resolution of issues and complaints</w:t>
      </w:r>
    </w:p>
    <w:p w14:paraId="73D8D598" w14:textId="77777777" w:rsidR="00F301F4" w:rsidRDefault="00000000">
      <w:pPr>
        <w:pStyle w:val="Heading3"/>
      </w:pPr>
      <w:r>
        <w:t xml:space="preserve">88.1. Prior notice</w:t>
      </w:r>
    </w:p>
    <w:p w14:paraId="60872E57" w14:textId="77777777" w:rsidR="00F301F4" w:rsidRDefault="00000000">
      <w:r>
        <w:t xml:space="preserve">In the event of an issue, disagreement, complaint or claim relating to the service, the Family must notify the Academy in writing, clearly stating the Student concerned, the relevant facts and the solution requested.</w:t>
      </w:r>
    </w:p>
    <w:p w14:paraId="3D099ED7" w14:textId="77777777" w:rsidR="00F301F4" w:rsidRDefault="00000000">
      <w:r>
        <w:t xml:space="preserve">The Academy will assess the communication received and will try to respond within a reasonable time, taking into account the nature of the issue and the information available.</w:t>
      </w:r>
    </w:p>
    <w:p w14:paraId="351F72C7" w14:textId="77777777" w:rsidR="00F301F4" w:rsidRDefault="00000000">
      <w:pPr>
        <w:pStyle w:val="Heading3"/>
      </w:pPr>
      <w:r>
        <w:t xml:space="preserve">88.2. Amicable resolution</w:t>
      </w:r>
    </w:p>
    <w:p w14:paraId="1282F983" w14:textId="77777777" w:rsidR="00F301F4" w:rsidRDefault="00000000">
      <w:r>
        <w:t xml:space="preserve">The parties will try to resolve amicably and reasonably any disagreement that may arise regarding the interpretation, performance or application of these General Terms.</w:t>
      </w:r>
    </w:p>
    <w:p w14:paraId="45AAD96D" w14:textId="77777777" w:rsidR="00F301F4" w:rsidRDefault="00000000">
      <w:r>
        <w:t xml:space="preserve">A complaint or issue does not in itself suspend the Family's financial, academic or administrative obligations, unless the Academy expressly agrees or the law provides otherwise.</w:t>
      </w:r>
    </w:p>
    <w:p w14:paraId="46640556" w14:textId="77777777" w:rsidR="00F301F4" w:rsidRDefault="00000000">
      <w:pPr>
        <w:pStyle w:val="Heading2"/>
      </w:pPr>
      <w:r>
        <w:t xml:space="preserve">Article 89. Validity of the General Terms</w:t>
      </w:r>
    </w:p>
    <w:p w14:paraId="062D8CD0" w14:textId="77777777" w:rsidR="00F301F4" w:rsidRDefault="00000000">
      <w:pPr>
        <w:pStyle w:val="Heading3"/>
      </w:pPr>
      <w:r>
        <w:t xml:space="preserve">89.1. Validity</w:t>
      </w:r>
    </w:p>
    <w:p w14:paraId="1C7FAF80" w14:textId="77777777" w:rsidR="00F301F4" w:rsidRDefault="00000000">
      <w:r>
        <w:t xml:space="preserve">These General Terms remain in force from their acceptance by the Family and throughout the contractual relationship between the Family and the Academy.</w:t>
      </w:r>
    </w:p>
    <w:p w14:paraId="697C9438" w14:textId="77777777" w:rsidR="00F301F4" w:rsidRDefault="00000000">
      <w:r>
        <w:t xml:space="preserve">They continue to apply for as long as the Student has an active Enrolment, a reserved Place, outstanding amounts, services in progress, pending documents or any other administrative, financial or academic relationship with the Academy.</w:t>
      </w:r>
    </w:p>
    <w:p w14:paraId="6B4F1690" w14:textId="77777777" w:rsidR="00F301F4" w:rsidRDefault="00000000">
      <w:pPr>
        <w:pStyle w:val="Heading3"/>
      </w:pPr>
      <w:r>
        <w:t xml:space="preserve">89.2. End of the relationship</w:t>
      </w:r>
    </w:p>
    <w:p w14:paraId="54217392" w14:textId="77777777" w:rsidR="00F301F4" w:rsidRDefault="00000000">
      <w:r>
        <w:t xml:space="preserve">The Student's withdrawal, the end of the academic year or the non-renewal of Enrolment does not affect the enforceability of outstanding financial obligations or of provisions which, by their nature, must continue after the relationship has ended.</w:t>
      </w:r>
    </w:p>
    <w:p w14:paraId="225B7930" w14:textId="77777777" w:rsidR="00F301F4" w:rsidRDefault="00000000">
      <w:r>
        <w:t xml:space="preserve">These provisions include, among others, those relating to outstanding debts, data protection, use of materials, intellectual property, claims, liabilities and retention of documents.</w:t>
      </w:r>
    </w:p>
    <w:p w14:paraId="2A44F56A" w14:textId="77777777" w:rsidR="00F301F4" w:rsidRDefault="00000000">
      <w:pPr>
        <w:pStyle w:val="Heading2"/>
      </w:pPr>
      <w:r>
        <w:t xml:space="preserve">Article 90. Closing provisions</w:t>
      </w:r>
    </w:p>
    <w:p w14:paraId="3287A838" w14:textId="77777777" w:rsidR="00F301F4" w:rsidRDefault="00000000">
      <w:pPr>
        <w:pStyle w:val="Heading3"/>
      </w:pPr>
      <w:r>
        <w:t xml:space="preserve">90.1. Entirety of the General Terms</w:t>
      </w:r>
    </w:p>
    <w:p w14:paraId="194D357A" w14:textId="77777777" w:rsidR="00F301F4" w:rsidRDefault="00000000">
      <w:r>
        <w:t xml:space="preserve">These General Terms constitute the general framework applicable to Enrolment, operation, academic organisation, fees, communication, coexistence, data protection and all other aspects of the service provided by the Academy.</w:t>
      </w:r>
    </w:p>
    <w:p w14:paraId="42094796" w14:textId="77777777" w:rsidR="00F301F4" w:rsidRDefault="00000000">
      <w:pPr>
        <w:pStyle w:val="Heading3"/>
      </w:pPr>
      <w:r>
        <w:t xml:space="preserve">90.2. Final acceptance</w:t>
      </w:r>
    </w:p>
    <w:p w14:paraId="790C1D28" w14:textId="77777777" w:rsidR="00F301F4" w:rsidRDefault="00000000">
      <w:r>
        <w:t xml:space="preserve">The Family declares that it knows, understands and accepts these General Terms as an integral part of its relationship with the Academy, and undertakes to comply with them and to cooperate in the proper running of the contracted educational service.</w:t>
      </w:r>
    </w:p>
    <w:sectPr w:rsidR="00F301F4" w:rsidSect="00034616">
      <w:footerReference w:type="default" r:id="rId8"/>
      <w:pgSz w:w="12240" w:h="15840"/>
      <w:pgMar w:top="1134" w:right="1219" w:bottom="1134" w:left="121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D097B6" w14:textId="77777777" w:rsidR="00FB5A55" w:rsidRDefault="00FB5A55">
      <w:pPr>
        <w:spacing w:after="0" w:line="240" w:lineRule="auto"/>
      </w:pPr>
      <w:r>
        <w:separator/>
      </w:r>
    </w:p>
  </w:endnote>
  <w:endnote w:type="continuationSeparator" w:id="0">
    <w:p w14:paraId="06388864" w14:textId="77777777" w:rsidR="00FB5A55" w:rsidRDefault="00FB5A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DA453" w14:textId="77777777" w:rsidR="00F301F4" w:rsidRDefault="00000000">
    <w:pPr>
      <w:pStyle w:val="Footer"/>
      <w:jc w:val="center"/>
    </w:pPr>
    <w:r>
      <w:rPr>
        <w:color w:val="6E6E6E"/>
        <w:sz w:val="16"/>
      </w:rPr>
      <w:t>Simply English · General Terms and Conditions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128AEE" w14:textId="77777777" w:rsidR="00FB5A55" w:rsidRDefault="00FB5A55">
      <w:pPr>
        <w:spacing w:after="0" w:line="240" w:lineRule="auto"/>
      </w:pPr>
      <w:r>
        <w:separator/>
      </w:r>
    </w:p>
  </w:footnote>
  <w:footnote w:type="continuationSeparator" w:id="0">
    <w:p w14:paraId="45598552" w14:textId="77777777" w:rsidR="00FB5A55" w:rsidRDefault="00FB5A5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44274283">
    <w:abstractNumId w:val="8"/>
  </w:num>
  <w:num w:numId="2" w16cid:durableId="1787191960">
    <w:abstractNumId w:val="6"/>
  </w:num>
  <w:num w:numId="3" w16cid:durableId="786243415">
    <w:abstractNumId w:val="5"/>
  </w:num>
  <w:num w:numId="4" w16cid:durableId="1469009862">
    <w:abstractNumId w:val="4"/>
  </w:num>
  <w:num w:numId="5" w16cid:durableId="986587939">
    <w:abstractNumId w:val="7"/>
  </w:num>
  <w:num w:numId="6" w16cid:durableId="1648826640">
    <w:abstractNumId w:val="3"/>
  </w:num>
  <w:num w:numId="7" w16cid:durableId="1465545122">
    <w:abstractNumId w:val="2"/>
  </w:num>
  <w:num w:numId="8" w16cid:durableId="1355111169">
    <w:abstractNumId w:val="1"/>
  </w:num>
  <w:num w:numId="9" w16cid:durableId="12488066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E3C4D"/>
    <w:rsid w:val="0029639D"/>
    <w:rsid w:val="00326F90"/>
    <w:rsid w:val="00AA1D8D"/>
    <w:rsid w:val="00B47730"/>
    <w:rsid w:val="00CB0664"/>
    <w:rsid w:val="00D366F6"/>
    <w:rsid w:val="00F301F4"/>
    <w:rsid w:val="00FB5A5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D3AA50F"/>
  <w14:defaultImageDpi w14:val="300"/>
  <w15:docId w15:val="{1B5691B7-8B31-4E62-84B9-97BE297AE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69" w:lineRule="auto"/>
    </w:pPr>
    <w:rPr>
      <w:rFonts w:ascii="Arial" w:hAnsi="Arial" w:cs="Arial"/>
      <w:color w:val="222222"/>
      <w:sz w:val="21"/>
    </w:rPr>
  </w:style>
  <w:style w:type="paragraph" w:styleId="Heading1">
    <w:name w:val="heading 1"/>
    <w:basedOn w:val="Normal"/>
    <w:next w:val="Normal"/>
    <w:link w:val="Heading1Char"/>
    <w:uiPriority w:val="9"/>
    <w:qFormat/>
    <w:rsid w:val="00FC693F"/>
    <w:pPr>
      <w:keepNext/>
      <w:keepLines/>
      <w:spacing w:before="360" w:after="200" w:line="259" w:lineRule="auto"/>
      <w:outlineLvl w:val="0"/>
    </w:pPr>
    <w:rPr>
      <w:rFonts w:asciiTheme="majorHAnsi" w:eastAsiaTheme="majorEastAsia" w:hAnsiTheme="majorHAnsi" w:cstheme="majorBidi"/>
      <w:b/>
      <w:bCs/>
      <w:color w:val="17365D"/>
      <w:sz w:val="28"/>
      <w:szCs w:val="28"/>
    </w:rPr>
  </w:style>
  <w:style w:type="paragraph" w:styleId="Heading2">
    <w:name w:val="heading 2"/>
    <w:basedOn w:val="Normal"/>
    <w:next w:val="Normal"/>
    <w:link w:val="Heading2Char"/>
    <w:uiPriority w:val="9"/>
    <w:unhideWhenUsed/>
    <w:qFormat/>
    <w:rsid w:val="00FC693F"/>
    <w:pPr>
      <w:keepNext/>
      <w:keepLines/>
      <w:spacing w:before="280" w:after="120" w:line="259" w:lineRule="auto"/>
      <w:outlineLvl w:val="1"/>
    </w:pPr>
    <w:rPr>
      <w:rFonts w:asciiTheme="majorHAnsi" w:eastAsiaTheme="majorEastAsia" w:hAnsiTheme="majorHAnsi" w:cstheme="majorBidi"/>
      <w:b/>
      <w:bCs/>
      <w:color w:val="1F1F1F"/>
      <w:sz w:val="25"/>
      <w:szCs w:val="26"/>
    </w:rPr>
  </w:style>
  <w:style w:type="paragraph" w:styleId="Heading3">
    <w:name w:val="heading 3"/>
    <w:basedOn w:val="Normal"/>
    <w:next w:val="Normal"/>
    <w:link w:val="Heading3Char"/>
    <w:uiPriority w:val="9"/>
    <w:unhideWhenUsed/>
    <w:qFormat/>
    <w:rsid w:val="00FC693F"/>
    <w:pPr>
      <w:keepNext/>
      <w:keepLines/>
      <w:spacing w:before="120" w:after="40" w:line="259" w:lineRule="auto"/>
      <w:outlineLvl w:val="2"/>
    </w:pPr>
    <w:rPr>
      <w:rFonts w:asciiTheme="majorHAnsi" w:eastAsiaTheme="majorEastAsia" w:hAnsiTheme="majorHAnsi" w:cstheme="majorBidi"/>
      <w:b/>
      <w:bCs/>
      <w:color w:val="33333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360" w:line="252" w:lineRule="auto"/>
      <w:contextualSpacing/>
    </w:pPr>
    <w:rPr>
      <w:rFonts w:asciiTheme="majorHAnsi" w:eastAsiaTheme="majorEastAsia" w:hAnsiTheme="majorHAnsi" w:cstheme="majorBidi"/>
      <w:b/>
      <w:color w:val="1F1F1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WebsiteList">
    <w:name w:val="Website List"/>
    <w:pPr>
      <w:spacing w:after="100" w:line="269" w:lineRule="auto"/>
      <w:ind w:left="312"/>
    </w:pPr>
    <w:rPr>
      <w:rFonts w:ascii="Arial" w:hAnsi="Arial" w:cs="Arial"/>
      <w:color w:val="222222"/>
      <w:sz w:val="21"/>
    </w:rPr>
  </w:style>
  <w:style w:type="paragraph" w:customStyle="1" w:styleId="Definition">
    <w:name w:val="Definition"/>
    <w:pPr>
      <w:spacing w:after="100" w:line="269" w:lineRule="auto"/>
      <w:ind w:left="198"/>
    </w:pPr>
    <w:rPr>
      <w:rFonts w:ascii="Arial" w:hAnsi="Arial" w:cs="Arial"/>
      <w:color w:val="22222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42</Pages>
  <Words>16884</Words>
  <Characters>92863</Characters>
  <Application>Microsoft Office Word</Application>
  <DocSecurity>0</DocSecurity>
  <Lines>773</Lines>
  <Paragraphs>219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109528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Terms and Conditions – Simply English</dc:title>
  <dc:subject>Condiciones generales para sitio web</dc:subject>
  <dc:creator>Simply English</dc:creator>
  <cp:keywords>Simply English, condiciones generales, matrícula</cp:keywords>
  <dc:description/>
  <cp:lastModifiedBy>receptionsimplyenglish@gmail.com</cp:lastModifiedBy>
  <cp:revision>2</cp:revision>
  <dcterms:created xsi:type="dcterms:W3CDTF">2026-07-06T16:50:00Z</dcterms:created>
  <dcterms:modified xsi:type="dcterms:W3CDTF">2026-07-06T16:50:00Z</dcterms:modified>
  <cp:category/>
</cp:coreProperties>
</file>